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D4C0D" w:rsidRDefault="00F97571">
      <w:pPr>
        <w:spacing w:after="20" w:line="240" w:lineRule="auto"/>
        <w:jc w:val="center"/>
      </w:pPr>
      <w:r>
        <w:rPr>
          <w:b/>
          <w:sz w:val="28"/>
        </w:rPr>
        <w:t>CANDIDATE APPLICATION FORM</w:t>
      </w:r>
    </w:p>
    <w:p w:rsidR="00DD4C0D" w:rsidRDefault="00F97571">
      <w:pPr>
        <w:spacing w:after="20" w:line="240" w:lineRule="auto"/>
        <w:jc w:val="center"/>
      </w:pPr>
      <w:r>
        <w:rPr>
          <w:b/>
        </w:rPr>
        <w:t>for participation in the open competition for an international consultant</w:t>
      </w:r>
      <w:r>
        <w:rPr>
          <w:b/>
        </w:rPr>
        <w:br/>
        <w:t>to develop the Development Strategy of the Academy of Sciences of the Republic of Uzbekistan until 2035</w:t>
      </w:r>
    </w:p>
    <w:p w:rsidR="00DD4C0D" w:rsidRDefault="00F97571">
      <w:pPr>
        <w:spacing w:before="100" w:after="40" w:line="240" w:lineRule="auto"/>
      </w:pPr>
      <w:r>
        <w:rPr>
          <w:b/>
          <w:sz w:val="22"/>
        </w:rPr>
        <w:t>1. Personal Information</w:t>
      </w:r>
    </w:p>
    <w:p w:rsidR="00DD4C0D" w:rsidRDefault="00F97571">
      <w:pPr>
        <w:spacing w:after="20" w:line="240" w:lineRule="auto"/>
      </w:pPr>
      <w:r>
        <w:rPr>
          <w:b/>
        </w:rPr>
        <w:t>Full name:</w:t>
      </w:r>
      <w:r>
        <w:t xml:space="preserve"> ______________________________________________________________</w:t>
      </w:r>
    </w:p>
    <w:p w:rsidR="00DD4C0D" w:rsidRDefault="00F97571">
      <w:pPr>
        <w:spacing w:after="20" w:line="240" w:lineRule="auto"/>
      </w:pPr>
      <w:r>
        <w:rPr>
          <w:b/>
        </w:rPr>
        <w:t>Citizenship:</w:t>
      </w:r>
      <w:r>
        <w:t xml:space="preserve"> ______________________________________________________________</w:t>
      </w:r>
    </w:p>
    <w:p w:rsidR="00DD4C0D" w:rsidRDefault="00F97571">
      <w:pPr>
        <w:spacing w:after="20" w:line="240" w:lineRule="auto"/>
      </w:pPr>
      <w:r>
        <w:rPr>
          <w:b/>
        </w:rPr>
        <w:t>Country of residence:</w:t>
      </w:r>
      <w:r>
        <w:t xml:space="preserve"> ______________________________________________________________</w:t>
      </w:r>
    </w:p>
    <w:p w:rsidR="00DD4C0D" w:rsidRDefault="00F97571">
      <w:pPr>
        <w:spacing w:after="20" w:line="240" w:lineRule="auto"/>
      </w:pPr>
      <w:r>
        <w:rPr>
          <w:b/>
        </w:rPr>
        <w:t>Date of birth:</w:t>
      </w:r>
      <w:r>
        <w:t xml:space="preserve"> ______________________________________________________________</w:t>
      </w:r>
    </w:p>
    <w:p w:rsidR="00DD4C0D" w:rsidRDefault="00F97571">
      <w:pPr>
        <w:spacing w:after="20" w:line="240" w:lineRule="auto"/>
      </w:pPr>
      <w:r>
        <w:rPr>
          <w:b/>
        </w:rPr>
        <w:t>Email:</w:t>
      </w:r>
      <w:r>
        <w:t xml:space="preserve"> ______________________________________________________________</w:t>
      </w:r>
    </w:p>
    <w:p w:rsidR="00DD4C0D" w:rsidRDefault="00F97571">
      <w:pPr>
        <w:spacing w:after="20" w:line="240" w:lineRule="auto"/>
      </w:pPr>
      <w:r>
        <w:rPr>
          <w:b/>
        </w:rPr>
        <w:t>Telephone / WhatsApp / other contact:</w:t>
      </w:r>
      <w:r>
        <w:t xml:space="preserve"> ______________________________________________________________</w:t>
      </w:r>
    </w:p>
    <w:p w:rsidR="00DD4C0D" w:rsidRDefault="00F97571">
      <w:pPr>
        <w:spacing w:after="20" w:line="240" w:lineRule="auto"/>
      </w:pPr>
      <w:r>
        <w:rPr>
          <w:b/>
        </w:rPr>
        <w:t>LinkedIn / professional profile (if available):</w:t>
      </w:r>
      <w:r>
        <w:t xml:space="preserve"> ______________________________________________________________</w:t>
      </w:r>
    </w:p>
    <w:p w:rsidR="00DD4C0D" w:rsidRDefault="00F97571">
      <w:pPr>
        <w:spacing w:before="100" w:after="40" w:line="240" w:lineRule="auto"/>
      </w:pPr>
      <w:r>
        <w:rPr>
          <w:b/>
          <w:sz w:val="22"/>
        </w:rPr>
        <w:t>2. Professional Information</w:t>
      </w:r>
    </w:p>
    <w:p w:rsidR="00DD4C0D" w:rsidRDefault="00F97571">
      <w:pPr>
        <w:spacing w:after="20" w:line="240" w:lineRule="auto"/>
      </w:pPr>
      <w:r>
        <w:rPr>
          <w:b/>
        </w:rPr>
        <w:t>Academic degree / academic title (if applicable):</w:t>
      </w:r>
      <w:r>
        <w:t xml:space="preserve"> ______________________________________________________________</w:t>
      </w:r>
    </w:p>
    <w:p w:rsidR="00DD4C0D" w:rsidRDefault="00F97571">
      <w:pPr>
        <w:spacing w:after="20" w:line="240" w:lineRule="auto"/>
      </w:pPr>
      <w:r>
        <w:rPr>
          <w:b/>
        </w:rPr>
        <w:t>Current position / organization:</w:t>
      </w:r>
      <w:r>
        <w:t xml:space="preserve"> ______________________________________________________________</w:t>
      </w:r>
    </w:p>
    <w:p w:rsidR="00DD4C0D" w:rsidRDefault="00F97571">
      <w:pPr>
        <w:spacing w:after="20" w:line="240" w:lineRule="auto"/>
      </w:pPr>
      <w:r>
        <w:rPr>
          <w:b/>
        </w:rPr>
        <w:t>Total professional experience, years:</w:t>
      </w:r>
      <w:r>
        <w:t xml:space="preserve"> ______________________________________________________________</w:t>
      </w:r>
    </w:p>
    <w:p w:rsidR="00DD4C0D" w:rsidRDefault="00F97571">
      <w:pPr>
        <w:spacing w:after="20" w:line="240" w:lineRule="auto"/>
      </w:pPr>
      <w:r>
        <w:rPr>
          <w:b/>
        </w:rPr>
        <w:t>Experience in strategic planning and institutional development, years:</w:t>
      </w:r>
      <w:r>
        <w:t xml:space="preserve"> ______________________________________________________________</w:t>
      </w:r>
    </w:p>
    <w:p w:rsidR="00DD4C0D" w:rsidRDefault="00F97571">
      <w:pPr>
        <w:spacing w:after="20" w:line="240" w:lineRule="auto"/>
      </w:pPr>
      <w:r>
        <w:rPr>
          <w:b/>
        </w:rPr>
        <w:t>Experience in developing strategies for research organizations / academies of sciences / universities / government institutions, projects:</w:t>
      </w:r>
      <w:r>
        <w:t xml:space="preserve"> ______________________________________________________________</w:t>
      </w:r>
    </w:p>
    <w:p w:rsidR="00DD4C0D" w:rsidRDefault="00F97571">
      <w:pPr>
        <w:spacing w:before="100" w:after="40" w:line="240" w:lineRule="auto"/>
      </w:pPr>
      <w:r>
        <w:rPr>
          <w:b/>
          <w:sz w:val="22"/>
        </w:rPr>
        <w:t>3. Most Relevant Projects (up to 5)</w:t>
      </w:r>
    </w:p>
    <w:tbl>
      <w:tblPr>
        <w:tblStyle w:val="aff0"/>
        <w:tblW w:w="0" w:type="auto"/>
        <w:jc w:val="center"/>
        <w:tblLook w:val="04A0" w:firstRow="1" w:lastRow="0" w:firstColumn="1" w:lastColumn="0" w:noHBand="0" w:noVBand="1"/>
      </w:tblPr>
      <w:tblGrid>
        <w:gridCol w:w="2547"/>
        <w:gridCol w:w="2548"/>
        <w:gridCol w:w="2547"/>
        <w:gridCol w:w="2548"/>
      </w:tblGrid>
      <w:tr w:rsidR="00DD4C0D">
        <w:trPr>
          <w:jc w:val="center"/>
        </w:trPr>
        <w:tc>
          <w:tcPr>
            <w:tcW w:w="2550" w:type="dxa"/>
            <w:vAlign w:val="center"/>
          </w:tcPr>
          <w:p w:rsidR="00DD4C0D" w:rsidRDefault="00F97571">
            <w:r>
              <w:rPr>
                <w:sz w:val="18"/>
              </w:rPr>
              <w:t>No.</w:t>
            </w:r>
          </w:p>
        </w:tc>
        <w:tc>
          <w:tcPr>
            <w:tcW w:w="2550" w:type="dxa"/>
            <w:vAlign w:val="center"/>
          </w:tcPr>
          <w:p w:rsidR="00DD4C0D" w:rsidRDefault="00F97571">
            <w:r>
              <w:rPr>
                <w:sz w:val="18"/>
              </w:rPr>
              <w:t>Client / organization, country</w:t>
            </w:r>
          </w:p>
        </w:tc>
        <w:tc>
          <w:tcPr>
            <w:tcW w:w="2550" w:type="dxa"/>
            <w:vAlign w:val="center"/>
          </w:tcPr>
          <w:p w:rsidR="00DD4C0D" w:rsidRDefault="00F97571">
            <w:r>
              <w:rPr>
                <w:sz w:val="18"/>
              </w:rPr>
              <w:t>Period</w:t>
            </w:r>
          </w:p>
        </w:tc>
        <w:tc>
          <w:tcPr>
            <w:tcW w:w="2550" w:type="dxa"/>
            <w:vAlign w:val="center"/>
          </w:tcPr>
          <w:p w:rsidR="00DD4C0D" w:rsidRDefault="00F97571">
            <w:r>
              <w:rPr>
                <w:sz w:val="18"/>
              </w:rPr>
              <w:t>Brief description of the project and candidate's role</w:t>
            </w:r>
          </w:p>
        </w:tc>
      </w:tr>
      <w:tr w:rsidR="00DD4C0D">
        <w:trPr>
          <w:jc w:val="center"/>
        </w:trPr>
        <w:tc>
          <w:tcPr>
            <w:tcW w:w="2550" w:type="dxa"/>
            <w:vAlign w:val="center"/>
          </w:tcPr>
          <w:p w:rsidR="00DD4C0D" w:rsidRDefault="00F97571">
            <w:r>
              <w:rPr>
                <w:sz w:val="18"/>
              </w:rPr>
              <w:t>1</w:t>
            </w:r>
          </w:p>
        </w:tc>
        <w:tc>
          <w:tcPr>
            <w:tcW w:w="2550" w:type="dxa"/>
            <w:vAlign w:val="center"/>
          </w:tcPr>
          <w:p w:rsidR="00DD4C0D" w:rsidRDefault="00DD4C0D"/>
        </w:tc>
        <w:tc>
          <w:tcPr>
            <w:tcW w:w="2550" w:type="dxa"/>
            <w:vAlign w:val="center"/>
          </w:tcPr>
          <w:p w:rsidR="00DD4C0D" w:rsidRDefault="00DD4C0D"/>
        </w:tc>
        <w:tc>
          <w:tcPr>
            <w:tcW w:w="2550" w:type="dxa"/>
            <w:vAlign w:val="center"/>
          </w:tcPr>
          <w:p w:rsidR="00DD4C0D" w:rsidRDefault="00DD4C0D"/>
        </w:tc>
      </w:tr>
      <w:tr w:rsidR="00DD4C0D">
        <w:trPr>
          <w:jc w:val="center"/>
        </w:trPr>
        <w:tc>
          <w:tcPr>
            <w:tcW w:w="2550" w:type="dxa"/>
            <w:vAlign w:val="center"/>
          </w:tcPr>
          <w:p w:rsidR="00DD4C0D" w:rsidRDefault="00F97571">
            <w:r>
              <w:rPr>
                <w:sz w:val="18"/>
              </w:rPr>
              <w:t>2</w:t>
            </w:r>
          </w:p>
        </w:tc>
        <w:tc>
          <w:tcPr>
            <w:tcW w:w="2550" w:type="dxa"/>
            <w:vAlign w:val="center"/>
          </w:tcPr>
          <w:p w:rsidR="00DD4C0D" w:rsidRDefault="00DD4C0D"/>
        </w:tc>
        <w:tc>
          <w:tcPr>
            <w:tcW w:w="2550" w:type="dxa"/>
            <w:vAlign w:val="center"/>
          </w:tcPr>
          <w:p w:rsidR="00DD4C0D" w:rsidRDefault="00DD4C0D"/>
        </w:tc>
        <w:tc>
          <w:tcPr>
            <w:tcW w:w="2550" w:type="dxa"/>
            <w:vAlign w:val="center"/>
          </w:tcPr>
          <w:p w:rsidR="00DD4C0D" w:rsidRDefault="00DD4C0D"/>
        </w:tc>
      </w:tr>
      <w:tr w:rsidR="00DD4C0D">
        <w:trPr>
          <w:jc w:val="center"/>
        </w:trPr>
        <w:tc>
          <w:tcPr>
            <w:tcW w:w="2550" w:type="dxa"/>
            <w:vAlign w:val="center"/>
          </w:tcPr>
          <w:p w:rsidR="00DD4C0D" w:rsidRDefault="00F97571">
            <w:r>
              <w:rPr>
                <w:sz w:val="18"/>
              </w:rPr>
              <w:t>3</w:t>
            </w:r>
          </w:p>
        </w:tc>
        <w:tc>
          <w:tcPr>
            <w:tcW w:w="2550" w:type="dxa"/>
            <w:vAlign w:val="center"/>
          </w:tcPr>
          <w:p w:rsidR="00DD4C0D" w:rsidRDefault="00DD4C0D"/>
        </w:tc>
        <w:tc>
          <w:tcPr>
            <w:tcW w:w="2550" w:type="dxa"/>
            <w:vAlign w:val="center"/>
          </w:tcPr>
          <w:p w:rsidR="00DD4C0D" w:rsidRDefault="00DD4C0D"/>
        </w:tc>
        <w:tc>
          <w:tcPr>
            <w:tcW w:w="2550" w:type="dxa"/>
            <w:vAlign w:val="center"/>
          </w:tcPr>
          <w:p w:rsidR="00DD4C0D" w:rsidRDefault="00DD4C0D"/>
        </w:tc>
      </w:tr>
      <w:tr w:rsidR="00DD4C0D">
        <w:trPr>
          <w:jc w:val="center"/>
        </w:trPr>
        <w:tc>
          <w:tcPr>
            <w:tcW w:w="2550" w:type="dxa"/>
            <w:vAlign w:val="center"/>
          </w:tcPr>
          <w:p w:rsidR="00DD4C0D" w:rsidRDefault="00F97571">
            <w:r>
              <w:rPr>
                <w:sz w:val="18"/>
              </w:rPr>
              <w:t>4</w:t>
            </w:r>
          </w:p>
        </w:tc>
        <w:tc>
          <w:tcPr>
            <w:tcW w:w="2550" w:type="dxa"/>
            <w:vAlign w:val="center"/>
          </w:tcPr>
          <w:p w:rsidR="00DD4C0D" w:rsidRDefault="00DD4C0D"/>
        </w:tc>
        <w:tc>
          <w:tcPr>
            <w:tcW w:w="2550" w:type="dxa"/>
            <w:vAlign w:val="center"/>
          </w:tcPr>
          <w:p w:rsidR="00DD4C0D" w:rsidRDefault="00DD4C0D"/>
        </w:tc>
        <w:tc>
          <w:tcPr>
            <w:tcW w:w="2550" w:type="dxa"/>
            <w:vAlign w:val="center"/>
          </w:tcPr>
          <w:p w:rsidR="00DD4C0D" w:rsidRDefault="00DD4C0D"/>
        </w:tc>
      </w:tr>
      <w:tr w:rsidR="00DD4C0D">
        <w:trPr>
          <w:jc w:val="center"/>
        </w:trPr>
        <w:tc>
          <w:tcPr>
            <w:tcW w:w="2550" w:type="dxa"/>
            <w:vAlign w:val="center"/>
          </w:tcPr>
          <w:p w:rsidR="00DD4C0D" w:rsidRDefault="00F97571">
            <w:r>
              <w:rPr>
                <w:sz w:val="18"/>
              </w:rPr>
              <w:t>5</w:t>
            </w:r>
          </w:p>
        </w:tc>
        <w:tc>
          <w:tcPr>
            <w:tcW w:w="2550" w:type="dxa"/>
            <w:vAlign w:val="center"/>
          </w:tcPr>
          <w:p w:rsidR="00DD4C0D" w:rsidRDefault="00DD4C0D"/>
        </w:tc>
        <w:tc>
          <w:tcPr>
            <w:tcW w:w="2550" w:type="dxa"/>
            <w:vAlign w:val="center"/>
          </w:tcPr>
          <w:p w:rsidR="00DD4C0D" w:rsidRDefault="00DD4C0D"/>
        </w:tc>
        <w:tc>
          <w:tcPr>
            <w:tcW w:w="2550" w:type="dxa"/>
            <w:vAlign w:val="center"/>
          </w:tcPr>
          <w:p w:rsidR="00DD4C0D" w:rsidRDefault="00DD4C0D"/>
        </w:tc>
      </w:tr>
    </w:tbl>
    <w:p w:rsidR="00DD4C0D" w:rsidRDefault="00F97571">
      <w:pPr>
        <w:spacing w:before="100" w:after="40" w:line="240" w:lineRule="auto"/>
      </w:pPr>
      <w:r>
        <w:rPr>
          <w:b/>
          <w:sz w:val="22"/>
        </w:rPr>
        <w:t>4. Language Skills</w:t>
      </w:r>
    </w:p>
    <w:tbl>
      <w:tblPr>
        <w:tblStyle w:val="aff0"/>
        <w:tblW w:w="0" w:type="auto"/>
        <w:jc w:val="center"/>
        <w:tblLook w:val="04A0" w:firstRow="1" w:lastRow="0" w:firstColumn="1" w:lastColumn="0" w:noHBand="0" w:noVBand="1"/>
      </w:tblPr>
      <w:tblGrid>
        <w:gridCol w:w="5095"/>
        <w:gridCol w:w="5095"/>
      </w:tblGrid>
      <w:tr w:rsidR="00DD4C0D">
        <w:trPr>
          <w:jc w:val="center"/>
        </w:trPr>
        <w:tc>
          <w:tcPr>
            <w:tcW w:w="5100" w:type="dxa"/>
          </w:tcPr>
          <w:p w:rsidR="00DD4C0D" w:rsidRDefault="00F97571">
            <w:r>
              <w:t>Language</w:t>
            </w:r>
          </w:p>
        </w:tc>
        <w:tc>
          <w:tcPr>
            <w:tcW w:w="5100" w:type="dxa"/>
          </w:tcPr>
          <w:p w:rsidR="00DD4C0D" w:rsidRDefault="00F97571">
            <w:r>
              <w:t>Level of proficiency</w:t>
            </w:r>
          </w:p>
        </w:tc>
      </w:tr>
      <w:tr w:rsidR="00DD4C0D">
        <w:trPr>
          <w:jc w:val="center"/>
        </w:trPr>
        <w:tc>
          <w:tcPr>
            <w:tcW w:w="5100" w:type="dxa"/>
          </w:tcPr>
          <w:p w:rsidR="00DD4C0D" w:rsidRDefault="00F97571">
            <w:r>
              <w:t>Russian</w:t>
            </w:r>
          </w:p>
        </w:tc>
        <w:tc>
          <w:tcPr>
            <w:tcW w:w="5100" w:type="dxa"/>
          </w:tcPr>
          <w:p w:rsidR="00DD4C0D" w:rsidRDefault="00DD4C0D"/>
        </w:tc>
      </w:tr>
      <w:tr w:rsidR="00DD4C0D">
        <w:trPr>
          <w:jc w:val="center"/>
        </w:trPr>
        <w:tc>
          <w:tcPr>
            <w:tcW w:w="5100" w:type="dxa"/>
          </w:tcPr>
          <w:p w:rsidR="00DD4C0D" w:rsidRDefault="00F97571">
            <w:r>
              <w:t>English</w:t>
            </w:r>
          </w:p>
        </w:tc>
        <w:tc>
          <w:tcPr>
            <w:tcW w:w="5100" w:type="dxa"/>
          </w:tcPr>
          <w:p w:rsidR="00DD4C0D" w:rsidRDefault="00DD4C0D"/>
        </w:tc>
      </w:tr>
      <w:tr w:rsidR="00DD4C0D">
        <w:trPr>
          <w:jc w:val="center"/>
        </w:trPr>
        <w:tc>
          <w:tcPr>
            <w:tcW w:w="5100" w:type="dxa"/>
          </w:tcPr>
          <w:p w:rsidR="00DD4C0D" w:rsidRDefault="00F97571">
            <w:r>
              <w:t>Other</w:t>
            </w:r>
          </w:p>
        </w:tc>
        <w:tc>
          <w:tcPr>
            <w:tcW w:w="5100" w:type="dxa"/>
          </w:tcPr>
          <w:p w:rsidR="00DD4C0D" w:rsidRDefault="00DD4C0D"/>
        </w:tc>
      </w:tr>
    </w:tbl>
    <w:p w:rsidR="00DD4C0D" w:rsidRDefault="00F97571">
      <w:pPr>
        <w:spacing w:before="100" w:after="40" w:line="240" w:lineRule="auto"/>
      </w:pPr>
      <w:r>
        <w:rPr>
          <w:b/>
          <w:sz w:val="22"/>
        </w:rPr>
        <w:t>5. Availability and Participation</w:t>
      </w:r>
    </w:p>
    <w:p w:rsidR="00DD4C0D" w:rsidRDefault="00F97571">
      <w:pPr>
        <w:spacing w:after="20" w:line="240" w:lineRule="auto"/>
      </w:pPr>
      <w:r>
        <w:rPr>
          <w:b/>
        </w:rPr>
        <w:t>Available for in-person working meetings and consultations in Tashkent:  ☐ Yes   ☐ No</w:t>
      </w:r>
      <w:r>
        <w:t xml:space="preserve"> ______________________________________________________________</w:t>
      </w:r>
    </w:p>
    <w:p w:rsidR="00DD4C0D" w:rsidRDefault="00F97571">
      <w:pPr>
        <w:spacing w:after="20" w:line="240" w:lineRule="auto"/>
      </w:pPr>
      <w:r>
        <w:rPr>
          <w:b/>
        </w:rPr>
        <w:t>Available for working visits / travel within Uzbekistan:  ☐ Yes   ☐ No</w:t>
      </w:r>
      <w:r>
        <w:t xml:space="preserve"> ______________________________________________________________</w:t>
      </w:r>
    </w:p>
    <w:p w:rsidR="00DD4C0D" w:rsidRDefault="00F97571">
      <w:pPr>
        <w:spacing w:after="20" w:line="240" w:lineRule="auto"/>
      </w:pPr>
      <w:r>
        <w:rPr>
          <w:b/>
        </w:rPr>
        <w:t>Proposed mode of participation:  ☐ Remote + in-person meetings   ☐ Primarily in-person   ☐ Other: __________</w:t>
      </w:r>
      <w:r>
        <w:t xml:space="preserve"> ______________________________________________________________</w:t>
      </w:r>
    </w:p>
    <w:p w:rsidR="00C63D91" w:rsidRDefault="00C63D91">
      <w:pPr>
        <w:spacing w:after="20" w:line="240" w:lineRule="auto"/>
        <w:rPr>
          <w:b/>
        </w:rPr>
      </w:pPr>
      <w:r w:rsidRPr="00C63D91">
        <w:rPr>
          <w:b/>
        </w:rPr>
        <w:t>Position applied for</w:t>
      </w:r>
      <w:r>
        <w:rPr>
          <w:b/>
        </w:rPr>
        <w:t>:</w:t>
      </w:r>
      <w:r>
        <w:t xml:space="preserve"> ______________________________________________________________</w:t>
      </w:r>
    </w:p>
    <w:p w:rsidR="00DD4C0D" w:rsidRDefault="00F97571">
      <w:pPr>
        <w:spacing w:after="20" w:line="240" w:lineRule="auto"/>
      </w:pPr>
      <w:r>
        <w:rPr>
          <w:b/>
        </w:rPr>
        <w:t>Earliest possible start date:</w:t>
      </w:r>
      <w:r>
        <w:t xml:space="preserve"> ______________________________________________________________</w:t>
      </w:r>
    </w:p>
    <w:p w:rsidR="00DD4C0D" w:rsidRDefault="00F97571">
      <w:pPr>
        <w:spacing w:before="100" w:after="40" w:line="240" w:lineRule="auto"/>
      </w:pPr>
      <w:r>
        <w:rPr>
          <w:b/>
          <w:sz w:val="22"/>
        </w:rPr>
        <w:t>6. Financial Proposal — MANDATORY</w:t>
      </w:r>
    </w:p>
    <w:p w:rsidR="00DD4C0D" w:rsidRDefault="007A4F7F">
      <w:pPr>
        <w:spacing w:after="20" w:line="240" w:lineRule="auto"/>
      </w:pPr>
      <w:r>
        <w:rPr>
          <w:b/>
        </w:rPr>
        <w:t xml:space="preserve">Requested </w:t>
      </w:r>
      <w:r w:rsidR="00F97571">
        <w:rPr>
          <w:b/>
        </w:rPr>
        <w:t xml:space="preserve">fee for the consulting services </w:t>
      </w:r>
      <w:r>
        <w:rPr>
          <w:b/>
        </w:rPr>
        <w:t>per month</w:t>
      </w:r>
      <w:r w:rsidR="00F97571">
        <w:rPr>
          <w:b/>
        </w:rPr>
        <w:t xml:space="preserve">, </w:t>
      </w:r>
      <w:r w:rsidR="00F97571">
        <w:t>in Uzbek soums, including all applicable taxes, duties, mandatory payments</w:t>
      </w:r>
      <w:r w:rsidR="00EF3277">
        <w:t xml:space="preserve">, travel, </w:t>
      </w:r>
      <w:r w:rsidR="009179BB">
        <w:t>accommodation</w:t>
      </w:r>
      <w:r w:rsidR="00F97571">
        <w:t xml:space="preserve"> and any other costs/expenses:</w:t>
      </w:r>
    </w:p>
    <w:p w:rsidR="00DD4C0D" w:rsidRDefault="00F97571">
      <w:pPr>
        <w:spacing w:after="20" w:line="240" w:lineRule="auto"/>
      </w:pPr>
      <w:r>
        <w:rPr>
          <w:b/>
          <w:sz w:val="24"/>
        </w:rPr>
        <w:t>____________________________________________ UZS</w:t>
      </w:r>
    </w:p>
    <w:p w:rsidR="00DD4C0D" w:rsidRDefault="00F97571">
      <w:pPr>
        <w:spacing w:after="20" w:line="240" w:lineRule="auto"/>
      </w:pPr>
      <w:r>
        <w:t>(________________________________________________________________ UZS in words)</w:t>
      </w:r>
    </w:p>
    <w:p w:rsidR="00DD4C0D" w:rsidRDefault="00F97571">
      <w:pPr>
        <w:spacing w:after="20" w:line="240" w:lineRule="auto"/>
      </w:pPr>
      <w:r>
        <w:t>I confirm that the stated amount includes all applicable taxes, duties, mandatory paymen</w:t>
      </w:r>
      <w:r w:rsidR="007A4F7F">
        <w:t>ts</w:t>
      </w:r>
      <w:r w:rsidR="00EF3277">
        <w:t xml:space="preserve">, travel, </w:t>
      </w:r>
      <w:r w:rsidR="009179BB">
        <w:t>accommodation</w:t>
      </w:r>
      <w:r w:rsidR="007A4F7F">
        <w:t xml:space="preserve"> and any other costs/expenses </w:t>
      </w:r>
      <w:r>
        <w:t>related to the performance of the contract.</w:t>
      </w:r>
    </w:p>
    <w:p w:rsidR="00DD4C0D" w:rsidRDefault="00F97571">
      <w:pPr>
        <w:spacing w:before="100" w:after="40" w:line="240" w:lineRule="auto"/>
      </w:pPr>
      <w:r>
        <w:rPr>
          <w:b/>
          <w:sz w:val="22"/>
        </w:rPr>
        <w:t>7. Additional Information</w:t>
      </w:r>
    </w:p>
    <w:p w:rsidR="00DD4C0D" w:rsidRDefault="00F97571">
      <w:pPr>
        <w:spacing w:after="20" w:line="240" w:lineRule="auto"/>
      </w:pPr>
      <w:r>
        <w:lastRenderedPageBreak/>
        <w:t>Briefly provide any information you consider relevant for the assessment of your candidacy (maximum 500 words):</w:t>
      </w:r>
    </w:p>
    <w:p w:rsidR="00DD4C0D" w:rsidRDefault="00F97571">
      <w:pPr>
        <w:spacing w:after="20" w:line="240" w:lineRule="auto"/>
      </w:pPr>
      <w:r>
        <w:t>________________________________________________________________________________</w:t>
      </w:r>
    </w:p>
    <w:p w:rsidR="00DD4C0D" w:rsidRDefault="00F97571">
      <w:pPr>
        <w:spacing w:after="20" w:line="240" w:lineRule="auto"/>
      </w:pPr>
      <w:r>
        <w:t>________________________________________________________________________________</w:t>
      </w:r>
    </w:p>
    <w:p w:rsidR="00DD4C0D" w:rsidRDefault="00F97571">
      <w:pPr>
        <w:spacing w:after="20" w:line="240" w:lineRule="auto"/>
      </w:pPr>
      <w:r>
        <w:t>________________________________________________________________________________</w:t>
      </w:r>
    </w:p>
    <w:p w:rsidR="00DD4C0D" w:rsidRDefault="00F97571">
      <w:pPr>
        <w:spacing w:after="20" w:line="240" w:lineRule="auto"/>
      </w:pPr>
      <w:r>
        <w:t>________________________________________________________________________________</w:t>
      </w:r>
    </w:p>
    <w:p w:rsidR="00DD4C0D" w:rsidRDefault="00F97571">
      <w:pPr>
        <w:spacing w:before="100" w:after="40" w:line="240" w:lineRule="auto"/>
      </w:pPr>
      <w:r>
        <w:rPr>
          <w:b/>
          <w:sz w:val="22"/>
        </w:rPr>
        <w:t>8. Declaration</w:t>
      </w:r>
    </w:p>
    <w:p w:rsidR="00DD4C0D" w:rsidRDefault="00F97571">
      <w:pPr>
        <w:spacing w:after="20" w:line="240" w:lineRule="auto"/>
      </w:pPr>
      <w:r>
        <w:t>I hereby confirm the accuracy of the information provided, the absence of any conflict of interest, and my readiness to provide supporting documents upon request by the Academy of Sciences of the Republic of Uzbekistan.</w:t>
      </w:r>
    </w:p>
    <w:p w:rsidR="00DD4C0D" w:rsidRDefault="00F97571">
      <w:pPr>
        <w:spacing w:after="20" w:line="240" w:lineRule="auto"/>
      </w:pPr>
      <w:r>
        <w:rPr>
          <w:b/>
        </w:rPr>
        <w:t>Full name:</w:t>
      </w:r>
      <w:r>
        <w:t xml:space="preserve"> ______________________________________________________________</w:t>
      </w:r>
    </w:p>
    <w:p w:rsidR="00DD4C0D" w:rsidRDefault="00F97571">
      <w:pPr>
        <w:spacing w:after="20" w:line="240" w:lineRule="auto"/>
      </w:pPr>
      <w:r>
        <w:rPr>
          <w:b/>
        </w:rPr>
        <w:t>Date:</w:t>
      </w:r>
      <w:r>
        <w:t xml:space="preserve"> ______________________________________________________________</w:t>
      </w:r>
    </w:p>
    <w:p w:rsidR="00DD4C0D" w:rsidRDefault="00F97571">
      <w:pPr>
        <w:spacing w:after="20" w:line="240" w:lineRule="auto"/>
      </w:pPr>
      <w:r>
        <w:rPr>
          <w:b/>
        </w:rPr>
        <w:t>Signat</w:t>
      </w:r>
      <w:bookmarkStart w:id="0" w:name="_GoBack"/>
      <w:bookmarkEnd w:id="0"/>
      <w:r>
        <w:rPr>
          <w:b/>
        </w:rPr>
        <w:t>ure:</w:t>
      </w:r>
      <w:r>
        <w:t xml:space="preserve"> ______________________________________________________________</w:t>
      </w:r>
    </w:p>
    <w:sectPr w:rsidR="00DD4C0D" w:rsidSect="00034616">
      <w:pgSz w:w="12240" w:h="15840"/>
      <w:pgMar w:top="850" w:right="1020" w:bottom="850" w:left="10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CC"/>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730"/>
    <w:rsid w:val="00034616"/>
    <w:rsid w:val="0006063C"/>
    <w:rsid w:val="0015074B"/>
    <w:rsid w:val="001C461E"/>
    <w:rsid w:val="0029639D"/>
    <w:rsid w:val="00326F90"/>
    <w:rsid w:val="007A4F7F"/>
    <w:rsid w:val="009179BB"/>
    <w:rsid w:val="00A1499A"/>
    <w:rsid w:val="00AA1D8D"/>
    <w:rsid w:val="00B47730"/>
    <w:rsid w:val="00C63D91"/>
    <w:rsid w:val="00CB0664"/>
    <w:rsid w:val="00DD4C0D"/>
    <w:rsid w:val="00EF3277"/>
    <w:rsid w:val="00F97571"/>
    <w:rsid w:val="00FB453C"/>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E049C66"/>
  <w14:defaultImageDpi w14:val="300"/>
  <w15:docId w15:val="{922F2F9B-2102-4391-A490-1675F55D9B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FC693F"/>
    <w:rPr>
      <w:rFonts w:ascii="Times New Roman" w:hAnsi="Times New Roman"/>
      <w:sz w:val="21"/>
    </w:rPr>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Верхний колонтитул Знак"/>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Нижний колонтитул Знак"/>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Заголовок 1 Знак"/>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Заголовок 2 Знак"/>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Заголовок 3 Знак"/>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Заголовок Знак"/>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Подзаголовок Знак"/>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Основной текст Знак"/>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Основной текст 2 Знак"/>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Основной текст 3 Знак"/>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Текст макроса Знак"/>
    <w:basedOn w:val="a2"/>
    <w:link w:val="af3"/>
    <w:uiPriority w:val="99"/>
    <w:rsid w:val="0029639D"/>
    <w:rPr>
      <w:rFonts w:ascii="Courier" w:hAnsi="Courier"/>
      <w:sz w:val="20"/>
      <w:szCs w:val="20"/>
    </w:rPr>
  </w:style>
  <w:style w:type="paragraph" w:styleId="27">
    <w:name w:val="Quote"/>
    <w:basedOn w:val="a1"/>
    <w:next w:val="a1"/>
    <w:link w:val="28"/>
    <w:uiPriority w:val="29"/>
    <w:qFormat/>
    <w:rsid w:val="00FC693F"/>
    <w:rPr>
      <w:i/>
      <w:iCs/>
      <w:color w:val="000000" w:themeColor="text1"/>
    </w:rPr>
  </w:style>
  <w:style w:type="character" w:customStyle="1" w:styleId="28">
    <w:name w:val="Цитата 2 Знак"/>
    <w:basedOn w:val="a2"/>
    <w:link w:val="27"/>
    <w:uiPriority w:val="29"/>
    <w:rsid w:val="00FC693F"/>
    <w:rPr>
      <w:i/>
      <w:iCs/>
      <w:color w:val="000000" w:themeColor="text1"/>
    </w:rPr>
  </w:style>
  <w:style w:type="character" w:customStyle="1" w:styleId="40">
    <w:name w:val="Заголовок 4 Знак"/>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Заголовок 5 Знак"/>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Заголовок 6 Знак"/>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Заголовок 7 Знак"/>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Заголовок 8 Знак"/>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Заголовок 9 Знак"/>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5">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6">
    <w:name w:val="Strong"/>
    <w:basedOn w:val="a2"/>
    <w:uiPriority w:val="22"/>
    <w:qFormat/>
    <w:rsid w:val="00FC693F"/>
    <w:rPr>
      <w:b/>
      <w:bCs/>
    </w:rPr>
  </w:style>
  <w:style w:type="character" w:styleId="af7">
    <w:name w:val="Emphasis"/>
    <w:basedOn w:val="a2"/>
    <w:uiPriority w:val="20"/>
    <w:qFormat/>
    <w:rsid w:val="00FC693F"/>
    <w:rPr>
      <w:i/>
      <w:iCs/>
    </w:rPr>
  </w:style>
  <w:style w:type="paragraph" w:styleId="af8">
    <w:name w:val="Intense Quote"/>
    <w:basedOn w:val="a1"/>
    <w:next w:val="a1"/>
    <w:link w:val="af9"/>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9">
    <w:name w:val="Выделенная цитата Знак"/>
    <w:basedOn w:val="a2"/>
    <w:link w:val="af8"/>
    <w:uiPriority w:val="30"/>
    <w:rsid w:val="00FC693F"/>
    <w:rPr>
      <w:b/>
      <w:bCs/>
      <w:i/>
      <w:iCs/>
      <w:color w:val="4F81BD" w:themeColor="accent1"/>
    </w:rPr>
  </w:style>
  <w:style w:type="character" w:styleId="afa">
    <w:name w:val="Subtle Emphasis"/>
    <w:basedOn w:val="a2"/>
    <w:uiPriority w:val="19"/>
    <w:qFormat/>
    <w:rsid w:val="00FC693F"/>
    <w:rPr>
      <w:i/>
      <w:iCs/>
      <w:color w:val="808080" w:themeColor="text1" w:themeTint="7F"/>
    </w:rPr>
  </w:style>
  <w:style w:type="character" w:styleId="afb">
    <w:name w:val="Intense Emphasis"/>
    <w:basedOn w:val="a2"/>
    <w:uiPriority w:val="21"/>
    <w:qFormat/>
    <w:rsid w:val="00FC693F"/>
    <w:rPr>
      <w:b/>
      <w:bCs/>
      <w:i/>
      <w:iCs/>
      <w:color w:val="4F81BD" w:themeColor="accent1"/>
    </w:rPr>
  </w:style>
  <w:style w:type="character" w:styleId="afc">
    <w:name w:val="Subtle Reference"/>
    <w:basedOn w:val="a2"/>
    <w:uiPriority w:val="31"/>
    <w:qFormat/>
    <w:rsid w:val="00FC693F"/>
    <w:rPr>
      <w:smallCaps/>
      <w:color w:val="C0504D" w:themeColor="accent2"/>
      <w:u w:val="single"/>
    </w:rPr>
  </w:style>
  <w:style w:type="character" w:styleId="afd">
    <w:name w:val="Intense Reference"/>
    <w:basedOn w:val="a2"/>
    <w:uiPriority w:val="32"/>
    <w:qFormat/>
    <w:rsid w:val="00FC693F"/>
    <w:rPr>
      <w:b/>
      <w:bCs/>
      <w:smallCaps/>
      <w:color w:val="C0504D" w:themeColor="accent2"/>
      <w:spacing w:val="5"/>
      <w:u w:val="single"/>
    </w:rPr>
  </w:style>
  <w:style w:type="character" w:styleId="afe">
    <w:name w:val="Book Title"/>
    <w:basedOn w:val="a2"/>
    <w:uiPriority w:val="33"/>
    <w:qFormat/>
    <w:rsid w:val="00FC693F"/>
    <w:rPr>
      <w:b/>
      <w:bCs/>
      <w:smallCaps/>
      <w:spacing w:val="5"/>
    </w:rPr>
  </w:style>
  <w:style w:type="paragraph" w:styleId="aff">
    <w:name w:val="TOC Heading"/>
    <w:basedOn w:val="1"/>
    <w:next w:val="a1"/>
    <w:uiPriority w:val="39"/>
    <w:semiHidden/>
    <w:unhideWhenUsed/>
    <w:qFormat/>
    <w:rsid w:val="00FC693F"/>
    <w:pPr>
      <w:outlineLvl w:val="9"/>
    </w:pPr>
  </w:style>
  <w:style w:type="table" w:styleId="aff0">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1">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2">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3">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9">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a">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b">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4">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5">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6">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7">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E74530-5BA2-4BE4-AF42-855C61E1B1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574</Words>
  <Characters>3277</Characters>
  <DocSecurity>0</DocSecurity>
  <Lines>27</Lines>
  <Paragraphs>7</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3844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terms:created xsi:type="dcterms:W3CDTF">2013-12-23T23:15:00Z</dcterms:created>
  <dcterms:modified xsi:type="dcterms:W3CDTF">2026-08-26T06:46:00Z</dcterms:modified>
  <cp:category/>
</cp:coreProperties>
</file>