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FEE" w:rsidRPr="00B3232C" w:rsidRDefault="00EA2F25">
      <w:pPr>
        <w:spacing w:after="20" w:line="240" w:lineRule="auto"/>
        <w:jc w:val="center"/>
        <w:rPr>
          <w:lang w:val="ru-RU"/>
        </w:rPr>
      </w:pPr>
      <w:r w:rsidRPr="00B3232C">
        <w:rPr>
          <w:b/>
          <w:sz w:val="28"/>
          <w:lang w:val="ru-RU"/>
        </w:rPr>
        <w:t>АНКЕТА КАНДИДАТА</w:t>
      </w:r>
    </w:p>
    <w:p w:rsidR="00BC6FEE" w:rsidRPr="00B3232C" w:rsidRDefault="00EA2F25">
      <w:pPr>
        <w:spacing w:after="20" w:line="240" w:lineRule="auto"/>
        <w:jc w:val="center"/>
        <w:rPr>
          <w:lang w:val="ru-RU"/>
        </w:rPr>
      </w:pPr>
      <w:r w:rsidRPr="00B3232C">
        <w:rPr>
          <w:b/>
          <w:lang w:val="ru-RU"/>
        </w:rPr>
        <w:t>на участие в открытом конкурсе на привлечение иностранного консультанта</w:t>
      </w:r>
      <w:r w:rsidRPr="00B3232C">
        <w:rPr>
          <w:b/>
          <w:lang w:val="ru-RU"/>
        </w:rPr>
        <w:br/>
        <w:t>для разработки Стратегии развития Академии наук Республики Узбекистан до 2035 года</w:t>
      </w:r>
    </w:p>
    <w:p w:rsidR="00BC6FEE" w:rsidRPr="00B3232C" w:rsidRDefault="00EA2F25">
      <w:pPr>
        <w:spacing w:before="100" w:after="40" w:line="240" w:lineRule="auto"/>
        <w:rPr>
          <w:lang w:val="ru-RU"/>
        </w:rPr>
      </w:pPr>
      <w:r w:rsidRPr="00B3232C">
        <w:rPr>
          <w:b/>
          <w:sz w:val="22"/>
          <w:lang w:val="ru-RU"/>
        </w:rPr>
        <w:t>1. Персональные данные</w:t>
      </w:r>
    </w:p>
    <w:p w:rsidR="00BC6FEE" w:rsidRPr="00B3232C" w:rsidRDefault="00EA2F25">
      <w:pPr>
        <w:spacing w:after="20" w:line="240" w:lineRule="auto"/>
        <w:rPr>
          <w:lang w:val="ru-RU"/>
        </w:rPr>
      </w:pPr>
      <w:r w:rsidRPr="00B3232C">
        <w:rPr>
          <w:b/>
          <w:lang w:val="ru-RU"/>
        </w:rPr>
        <w:t>Ф.И.О.:</w:t>
      </w:r>
      <w:r w:rsidRPr="00B3232C">
        <w:rPr>
          <w:lang w:val="ru-RU"/>
        </w:rPr>
        <w:t xml:space="preserve"> ______________________________________________________________</w:t>
      </w:r>
    </w:p>
    <w:p w:rsidR="00BC6FEE" w:rsidRPr="00B3232C" w:rsidRDefault="00EA2F25">
      <w:pPr>
        <w:spacing w:after="20" w:line="240" w:lineRule="auto"/>
        <w:rPr>
          <w:lang w:val="ru-RU"/>
        </w:rPr>
      </w:pPr>
      <w:r w:rsidRPr="00B3232C">
        <w:rPr>
          <w:b/>
          <w:lang w:val="ru-RU"/>
        </w:rPr>
        <w:t>Гражданство:</w:t>
      </w:r>
      <w:r w:rsidRPr="00B3232C">
        <w:rPr>
          <w:lang w:val="ru-RU"/>
        </w:rPr>
        <w:t xml:space="preserve"> ______________________________________________________________</w:t>
      </w:r>
    </w:p>
    <w:p w:rsidR="00BC6FEE" w:rsidRPr="00B3232C" w:rsidRDefault="00EA2F25">
      <w:pPr>
        <w:spacing w:after="20" w:line="240" w:lineRule="auto"/>
        <w:rPr>
          <w:lang w:val="ru-RU"/>
        </w:rPr>
      </w:pPr>
      <w:r w:rsidRPr="00B3232C">
        <w:rPr>
          <w:b/>
          <w:lang w:val="ru-RU"/>
        </w:rPr>
        <w:t>Страна проживания:</w:t>
      </w:r>
      <w:r w:rsidRPr="00B3232C">
        <w:rPr>
          <w:lang w:val="ru-RU"/>
        </w:rPr>
        <w:t xml:space="preserve"> ______________________________________________________________</w:t>
      </w:r>
    </w:p>
    <w:p w:rsidR="00BC6FEE" w:rsidRPr="00B3232C" w:rsidRDefault="00EA2F25">
      <w:pPr>
        <w:spacing w:after="20" w:line="240" w:lineRule="auto"/>
        <w:rPr>
          <w:lang w:val="ru-RU"/>
        </w:rPr>
      </w:pPr>
      <w:r w:rsidRPr="00B3232C">
        <w:rPr>
          <w:b/>
          <w:lang w:val="ru-RU"/>
        </w:rPr>
        <w:t>Дата рождения:</w:t>
      </w:r>
      <w:r w:rsidRPr="00B3232C">
        <w:rPr>
          <w:lang w:val="ru-RU"/>
        </w:rPr>
        <w:t xml:space="preserve"> ______________________________________________________________</w:t>
      </w:r>
    </w:p>
    <w:p w:rsidR="00BC6FEE" w:rsidRPr="00B3232C" w:rsidRDefault="00EA2F25">
      <w:pPr>
        <w:spacing w:after="20" w:line="240" w:lineRule="auto"/>
        <w:rPr>
          <w:lang w:val="ru-RU"/>
        </w:rPr>
      </w:pPr>
      <w:r>
        <w:rPr>
          <w:b/>
        </w:rPr>
        <w:t>Email</w:t>
      </w:r>
      <w:r w:rsidRPr="00B3232C">
        <w:rPr>
          <w:b/>
          <w:lang w:val="ru-RU"/>
        </w:rPr>
        <w:t>:</w:t>
      </w:r>
      <w:r w:rsidRPr="00B3232C">
        <w:rPr>
          <w:lang w:val="ru-RU"/>
        </w:rPr>
        <w:t xml:space="preserve"> ______________________________________________________________</w:t>
      </w:r>
    </w:p>
    <w:p w:rsidR="00BC6FEE" w:rsidRPr="00B3232C" w:rsidRDefault="00EA2F25">
      <w:pPr>
        <w:spacing w:after="20" w:line="240" w:lineRule="auto"/>
        <w:rPr>
          <w:lang w:val="ru-RU"/>
        </w:rPr>
      </w:pPr>
      <w:r w:rsidRPr="00B3232C">
        <w:rPr>
          <w:b/>
          <w:lang w:val="ru-RU"/>
        </w:rPr>
        <w:t xml:space="preserve">Телефон / </w:t>
      </w:r>
      <w:r>
        <w:rPr>
          <w:b/>
        </w:rPr>
        <w:t>WhatsApp</w:t>
      </w:r>
      <w:r w:rsidRPr="00B3232C">
        <w:rPr>
          <w:b/>
          <w:lang w:val="ru-RU"/>
        </w:rPr>
        <w:t xml:space="preserve"> / иной контакт:</w:t>
      </w:r>
      <w:r w:rsidRPr="00B3232C">
        <w:rPr>
          <w:lang w:val="ru-RU"/>
        </w:rPr>
        <w:t xml:space="preserve"> ______________________________________________________________</w:t>
      </w:r>
    </w:p>
    <w:p w:rsidR="00BC6FEE" w:rsidRPr="00B3232C" w:rsidRDefault="00EA2F25">
      <w:pPr>
        <w:spacing w:after="20" w:line="240" w:lineRule="auto"/>
        <w:rPr>
          <w:lang w:val="ru-RU"/>
        </w:rPr>
      </w:pPr>
      <w:r w:rsidRPr="00B3232C">
        <w:rPr>
          <w:b/>
          <w:lang w:val="ru-RU"/>
        </w:rPr>
        <w:t xml:space="preserve">Ссылка на </w:t>
      </w:r>
      <w:r>
        <w:rPr>
          <w:b/>
        </w:rPr>
        <w:t>LinkedIn</w:t>
      </w:r>
      <w:r w:rsidRPr="00B3232C">
        <w:rPr>
          <w:b/>
          <w:lang w:val="ru-RU"/>
        </w:rPr>
        <w:t xml:space="preserve"> / профессиональный профиль (при наличии):</w:t>
      </w:r>
      <w:r w:rsidRPr="00B3232C">
        <w:rPr>
          <w:lang w:val="ru-RU"/>
        </w:rPr>
        <w:t xml:space="preserve"> ______________________________________________________________</w:t>
      </w:r>
    </w:p>
    <w:p w:rsidR="00BC6FEE" w:rsidRPr="00B3232C" w:rsidRDefault="00EA2F25">
      <w:pPr>
        <w:spacing w:before="100" w:after="40" w:line="240" w:lineRule="auto"/>
        <w:rPr>
          <w:lang w:val="ru-RU"/>
        </w:rPr>
      </w:pPr>
      <w:r w:rsidRPr="00B3232C">
        <w:rPr>
          <w:b/>
          <w:sz w:val="22"/>
          <w:lang w:val="ru-RU"/>
        </w:rPr>
        <w:t>2. Профессиональная информация</w:t>
      </w:r>
    </w:p>
    <w:p w:rsidR="00BC6FEE" w:rsidRPr="00B3232C" w:rsidRDefault="00EA2F25">
      <w:pPr>
        <w:spacing w:after="20" w:line="240" w:lineRule="auto"/>
        <w:rPr>
          <w:lang w:val="ru-RU"/>
        </w:rPr>
      </w:pPr>
      <w:r w:rsidRPr="00B3232C">
        <w:rPr>
          <w:b/>
          <w:lang w:val="ru-RU"/>
        </w:rPr>
        <w:t>Ученая степень / академическое звание (при наличии):</w:t>
      </w:r>
      <w:r w:rsidRPr="00B3232C">
        <w:rPr>
          <w:lang w:val="ru-RU"/>
        </w:rPr>
        <w:t xml:space="preserve"> ______________________________________________________________</w:t>
      </w:r>
    </w:p>
    <w:p w:rsidR="00BC6FEE" w:rsidRPr="00B3232C" w:rsidRDefault="00EA2F25">
      <w:pPr>
        <w:spacing w:after="20" w:line="240" w:lineRule="auto"/>
        <w:rPr>
          <w:lang w:val="ru-RU"/>
        </w:rPr>
      </w:pPr>
      <w:r w:rsidRPr="00B3232C">
        <w:rPr>
          <w:b/>
          <w:lang w:val="ru-RU"/>
        </w:rPr>
        <w:t>Текущая должность / организация:</w:t>
      </w:r>
      <w:r w:rsidRPr="00B3232C">
        <w:rPr>
          <w:lang w:val="ru-RU"/>
        </w:rPr>
        <w:t xml:space="preserve"> ______________________________________________________________</w:t>
      </w:r>
    </w:p>
    <w:p w:rsidR="00BC6FEE" w:rsidRPr="00B3232C" w:rsidRDefault="00EA2F25">
      <w:pPr>
        <w:spacing w:after="20" w:line="240" w:lineRule="auto"/>
        <w:rPr>
          <w:lang w:val="ru-RU"/>
        </w:rPr>
      </w:pPr>
      <w:r w:rsidRPr="00B3232C">
        <w:rPr>
          <w:b/>
          <w:lang w:val="ru-RU"/>
        </w:rPr>
        <w:t>Общий профессиональный опыт, лет:</w:t>
      </w:r>
      <w:r w:rsidRPr="00B3232C">
        <w:rPr>
          <w:lang w:val="ru-RU"/>
        </w:rPr>
        <w:t xml:space="preserve"> ______________________________________________________________</w:t>
      </w:r>
    </w:p>
    <w:p w:rsidR="00BC6FEE" w:rsidRPr="00B3232C" w:rsidRDefault="00EA2F25">
      <w:pPr>
        <w:spacing w:after="20" w:line="240" w:lineRule="auto"/>
        <w:rPr>
          <w:lang w:val="ru-RU"/>
        </w:rPr>
      </w:pPr>
      <w:r w:rsidRPr="00B3232C">
        <w:rPr>
          <w:b/>
          <w:lang w:val="ru-RU"/>
        </w:rPr>
        <w:t>Опыт в области стратегического планирования и институционального развития, лет:</w:t>
      </w:r>
      <w:r w:rsidRPr="00B3232C">
        <w:rPr>
          <w:lang w:val="ru-RU"/>
        </w:rPr>
        <w:t xml:space="preserve"> ______________________________________________________________</w:t>
      </w:r>
    </w:p>
    <w:p w:rsidR="00BC6FEE" w:rsidRPr="00B3232C" w:rsidRDefault="00EA2F25">
      <w:pPr>
        <w:spacing w:after="20" w:line="240" w:lineRule="auto"/>
        <w:rPr>
          <w:lang w:val="ru-RU"/>
        </w:rPr>
      </w:pPr>
      <w:r w:rsidRPr="00B3232C">
        <w:rPr>
          <w:b/>
          <w:lang w:val="ru-RU"/>
        </w:rPr>
        <w:t>Опыт разработки стратегий научных организаций / академий наук / университетов / государственных структур, проектов:</w:t>
      </w:r>
      <w:r w:rsidRPr="00B3232C">
        <w:rPr>
          <w:lang w:val="ru-RU"/>
        </w:rPr>
        <w:t xml:space="preserve"> ______________________________________________________________</w:t>
      </w:r>
    </w:p>
    <w:p w:rsidR="00BC6FEE" w:rsidRDefault="00EA2F25">
      <w:pPr>
        <w:spacing w:before="100" w:after="40" w:line="240" w:lineRule="auto"/>
      </w:pPr>
      <w:r>
        <w:rPr>
          <w:b/>
          <w:sz w:val="22"/>
        </w:rPr>
        <w:t>3. Наиболее релевантные проекты (до 5)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2548"/>
        <w:gridCol w:w="2547"/>
        <w:gridCol w:w="2548"/>
      </w:tblGrid>
      <w:tr w:rsidR="00BC6FEE" w:rsidRPr="006D0FB5">
        <w:trPr>
          <w:jc w:val="center"/>
        </w:trPr>
        <w:tc>
          <w:tcPr>
            <w:tcW w:w="2550" w:type="dxa"/>
            <w:vAlign w:val="center"/>
          </w:tcPr>
          <w:p w:rsidR="00BC6FEE" w:rsidRDefault="00EA2F25">
            <w:r>
              <w:rPr>
                <w:sz w:val="18"/>
              </w:rPr>
              <w:t>№</w:t>
            </w:r>
          </w:p>
        </w:tc>
        <w:tc>
          <w:tcPr>
            <w:tcW w:w="2550" w:type="dxa"/>
            <w:vAlign w:val="center"/>
          </w:tcPr>
          <w:p w:rsidR="00BC6FEE" w:rsidRDefault="00EA2F25">
            <w:r>
              <w:rPr>
                <w:sz w:val="18"/>
              </w:rPr>
              <w:t>Заказчик / организация, страна</w:t>
            </w:r>
          </w:p>
        </w:tc>
        <w:tc>
          <w:tcPr>
            <w:tcW w:w="2550" w:type="dxa"/>
            <w:vAlign w:val="center"/>
          </w:tcPr>
          <w:p w:rsidR="00BC6FEE" w:rsidRDefault="00EA2F25">
            <w:r>
              <w:rPr>
                <w:sz w:val="18"/>
              </w:rPr>
              <w:t>Период</w:t>
            </w:r>
          </w:p>
        </w:tc>
        <w:tc>
          <w:tcPr>
            <w:tcW w:w="2550" w:type="dxa"/>
            <w:vAlign w:val="center"/>
          </w:tcPr>
          <w:p w:rsidR="00BC6FEE" w:rsidRPr="00B3232C" w:rsidRDefault="00EA2F25">
            <w:pPr>
              <w:rPr>
                <w:lang w:val="ru-RU"/>
              </w:rPr>
            </w:pPr>
            <w:r w:rsidRPr="00B3232C">
              <w:rPr>
                <w:sz w:val="18"/>
                <w:lang w:val="ru-RU"/>
              </w:rPr>
              <w:t>Краткое описание проекта и роли кандидата</w:t>
            </w:r>
          </w:p>
        </w:tc>
      </w:tr>
      <w:tr w:rsidR="00BC6FEE">
        <w:trPr>
          <w:jc w:val="center"/>
        </w:trPr>
        <w:tc>
          <w:tcPr>
            <w:tcW w:w="2550" w:type="dxa"/>
            <w:vAlign w:val="center"/>
          </w:tcPr>
          <w:p w:rsidR="00BC6FEE" w:rsidRDefault="00EA2F25">
            <w:r>
              <w:rPr>
                <w:sz w:val="18"/>
              </w:rPr>
              <w:t>1</w:t>
            </w:r>
          </w:p>
        </w:tc>
        <w:tc>
          <w:tcPr>
            <w:tcW w:w="2550" w:type="dxa"/>
            <w:vAlign w:val="center"/>
          </w:tcPr>
          <w:p w:rsidR="00BC6FEE" w:rsidRDefault="00BC6FEE"/>
        </w:tc>
        <w:tc>
          <w:tcPr>
            <w:tcW w:w="2550" w:type="dxa"/>
            <w:vAlign w:val="center"/>
          </w:tcPr>
          <w:p w:rsidR="00BC6FEE" w:rsidRDefault="00BC6FEE"/>
        </w:tc>
        <w:tc>
          <w:tcPr>
            <w:tcW w:w="2550" w:type="dxa"/>
            <w:vAlign w:val="center"/>
          </w:tcPr>
          <w:p w:rsidR="00BC6FEE" w:rsidRDefault="00BC6FEE"/>
        </w:tc>
      </w:tr>
      <w:tr w:rsidR="00BC6FEE">
        <w:trPr>
          <w:jc w:val="center"/>
        </w:trPr>
        <w:tc>
          <w:tcPr>
            <w:tcW w:w="2550" w:type="dxa"/>
            <w:vAlign w:val="center"/>
          </w:tcPr>
          <w:p w:rsidR="00BC6FEE" w:rsidRDefault="00EA2F25">
            <w:r>
              <w:rPr>
                <w:sz w:val="18"/>
              </w:rPr>
              <w:t>2</w:t>
            </w:r>
          </w:p>
        </w:tc>
        <w:tc>
          <w:tcPr>
            <w:tcW w:w="2550" w:type="dxa"/>
            <w:vAlign w:val="center"/>
          </w:tcPr>
          <w:p w:rsidR="00BC6FEE" w:rsidRDefault="00BC6FEE"/>
        </w:tc>
        <w:tc>
          <w:tcPr>
            <w:tcW w:w="2550" w:type="dxa"/>
            <w:vAlign w:val="center"/>
          </w:tcPr>
          <w:p w:rsidR="00BC6FEE" w:rsidRDefault="00BC6FEE"/>
        </w:tc>
        <w:tc>
          <w:tcPr>
            <w:tcW w:w="2550" w:type="dxa"/>
            <w:vAlign w:val="center"/>
          </w:tcPr>
          <w:p w:rsidR="00BC6FEE" w:rsidRDefault="00BC6FEE"/>
        </w:tc>
      </w:tr>
      <w:tr w:rsidR="00BC6FEE">
        <w:trPr>
          <w:jc w:val="center"/>
        </w:trPr>
        <w:tc>
          <w:tcPr>
            <w:tcW w:w="2550" w:type="dxa"/>
            <w:vAlign w:val="center"/>
          </w:tcPr>
          <w:p w:rsidR="00BC6FEE" w:rsidRDefault="00EA2F25">
            <w:r>
              <w:rPr>
                <w:sz w:val="18"/>
              </w:rPr>
              <w:t>3</w:t>
            </w:r>
          </w:p>
        </w:tc>
        <w:tc>
          <w:tcPr>
            <w:tcW w:w="2550" w:type="dxa"/>
            <w:vAlign w:val="center"/>
          </w:tcPr>
          <w:p w:rsidR="00BC6FEE" w:rsidRDefault="00BC6FEE"/>
        </w:tc>
        <w:tc>
          <w:tcPr>
            <w:tcW w:w="2550" w:type="dxa"/>
            <w:vAlign w:val="center"/>
          </w:tcPr>
          <w:p w:rsidR="00BC6FEE" w:rsidRDefault="00BC6FEE"/>
        </w:tc>
        <w:tc>
          <w:tcPr>
            <w:tcW w:w="2550" w:type="dxa"/>
            <w:vAlign w:val="center"/>
          </w:tcPr>
          <w:p w:rsidR="00BC6FEE" w:rsidRDefault="00BC6FEE"/>
        </w:tc>
      </w:tr>
      <w:tr w:rsidR="00BC6FEE">
        <w:trPr>
          <w:jc w:val="center"/>
        </w:trPr>
        <w:tc>
          <w:tcPr>
            <w:tcW w:w="2550" w:type="dxa"/>
            <w:vAlign w:val="center"/>
          </w:tcPr>
          <w:p w:rsidR="00BC6FEE" w:rsidRDefault="00EA2F25">
            <w:r>
              <w:rPr>
                <w:sz w:val="18"/>
              </w:rPr>
              <w:t>4</w:t>
            </w:r>
          </w:p>
        </w:tc>
        <w:tc>
          <w:tcPr>
            <w:tcW w:w="2550" w:type="dxa"/>
            <w:vAlign w:val="center"/>
          </w:tcPr>
          <w:p w:rsidR="00BC6FEE" w:rsidRDefault="00BC6FEE"/>
        </w:tc>
        <w:tc>
          <w:tcPr>
            <w:tcW w:w="2550" w:type="dxa"/>
            <w:vAlign w:val="center"/>
          </w:tcPr>
          <w:p w:rsidR="00BC6FEE" w:rsidRDefault="00BC6FEE"/>
        </w:tc>
        <w:tc>
          <w:tcPr>
            <w:tcW w:w="2550" w:type="dxa"/>
            <w:vAlign w:val="center"/>
          </w:tcPr>
          <w:p w:rsidR="00BC6FEE" w:rsidRDefault="00BC6FEE"/>
        </w:tc>
      </w:tr>
      <w:tr w:rsidR="00BC6FEE">
        <w:trPr>
          <w:jc w:val="center"/>
        </w:trPr>
        <w:tc>
          <w:tcPr>
            <w:tcW w:w="2550" w:type="dxa"/>
            <w:vAlign w:val="center"/>
          </w:tcPr>
          <w:p w:rsidR="00BC6FEE" w:rsidRDefault="00EA2F25">
            <w:r>
              <w:rPr>
                <w:sz w:val="18"/>
              </w:rPr>
              <w:t>5</w:t>
            </w:r>
          </w:p>
        </w:tc>
        <w:tc>
          <w:tcPr>
            <w:tcW w:w="2550" w:type="dxa"/>
            <w:vAlign w:val="center"/>
          </w:tcPr>
          <w:p w:rsidR="00BC6FEE" w:rsidRDefault="00BC6FEE"/>
        </w:tc>
        <w:tc>
          <w:tcPr>
            <w:tcW w:w="2550" w:type="dxa"/>
            <w:vAlign w:val="center"/>
          </w:tcPr>
          <w:p w:rsidR="00BC6FEE" w:rsidRDefault="00BC6FEE"/>
        </w:tc>
        <w:tc>
          <w:tcPr>
            <w:tcW w:w="2550" w:type="dxa"/>
            <w:vAlign w:val="center"/>
          </w:tcPr>
          <w:p w:rsidR="00BC6FEE" w:rsidRDefault="00BC6FEE"/>
        </w:tc>
      </w:tr>
    </w:tbl>
    <w:p w:rsidR="00BC6FEE" w:rsidRDefault="00EA2F25">
      <w:pPr>
        <w:spacing w:before="100" w:after="40" w:line="240" w:lineRule="auto"/>
      </w:pPr>
      <w:r>
        <w:rPr>
          <w:b/>
          <w:sz w:val="22"/>
        </w:rPr>
        <w:t>4. Языковые навыки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095"/>
        <w:gridCol w:w="5095"/>
      </w:tblGrid>
      <w:tr w:rsidR="00BC6FEE">
        <w:trPr>
          <w:jc w:val="center"/>
        </w:trPr>
        <w:tc>
          <w:tcPr>
            <w:tcW w:w="5100" w:type="dxa"/>
          </w:tcPr>
          <w:p w:rsidR="00BC6FEE" w:rsidRDefault="00EA2F25">
            <w:r>
              <w:t>Язык</w:t>
            </w:r>
          </w:p>
        </w:tc>
        <w:tc>
          <w:tcPr>
            <w:tcW w:w="5100" w:type="dxa"/>
          </w:tcPr>
          <w:p w:rsidR="00BC6FEE" w:rsidRDefault="00EA2F25">
            <w:r>
              <w:t>Уровень владения</w:t>
            </w:r>
          </w:p>
        </w:tc>
      </w:tr>
      <w:tr w:rsidR="00BC6FEE">
        <w:trPr>
          <w:jc w:val="center"/>
        </w:trPr>
        <w:tc>
          <w:tcPr>
            <w:tcW w:w="5100" w:type="dxa"/>
          </w:tcPr>
          <w:p w:rsidR="00BC6FEE" w:rsidRDefault="00EA2F25">
            <w:r>
              <w:t>Русский</w:t>
            </w:r>
          </w:p>
        </w:tc>
        <w:tc>
          <w:tcPr>
            <w:tcW w:w="5100" w:type="dxa"/>
          </w:tcPr>
          <w:p w:rsidR="00BC6FEE" w:rsidRDefault="00BC6FEE"/>
        </w:tc>
      </w:tr>
      <w:tr w:rsidR="00BC6FEE">
        <w:trPr>
          <w:jc w:val="center"/>
        </w:trPr>
        <w:tc>
          <w:tcPr>
            <w:tcW w:w="5100" w:type="dxa"/>
          </w:tcPr>
          <w:p w:rsidR="00BC6FEE" w:rsidRDefault="00EA2F25">
            <w:r>
              <w:t>Английский</w:t>
            </w:r>
          </w:p>
        </w:tc>
        <w:tc>
          <w:tcPr>
            <w:tcW w:w="5100" w:type="dxa"/>
          </w:tcPr>
          <w:p w:rsidR="00BC6FEE" w:rsidRDefault="00BC6FEE"/>
        </w:tc>
      </w:tr>
      <w:tr w:rsidR="00BC6FEE">
        <w:trPr>
          <w:jc w:val="center"/>
        </w:trPr>
        <w:tc>
          <w:tcPr>
            <w:tcW w:w="5100" w:type="dxa"/>
          </w:tcPr>
          <w:p w:rsidR="00BC6FEE" w:rsidRDefault="00EA2F25">
            <w:r>
              <w:t>Другие</w:t>
            </w:r>
          </w:p>
        </w:tc>
        <w:tc>
          <w:tcPr>
            <w:tcW w:w="5100" w:type="dxa"/>
          </w:tcPr>
          <w:p w:rsidR="00BC6FEE" w:rsidRDefault="00BC6FEE"/>
        </w:tc>
      </w:tr>
    </w:tbl>
    <w:p w:rsidR="00BC6FEE" w:rsidRDefault="00EA2F25">
      <w:pPr>
        <w:spacing w:before="100" w:after="40" w:line="240" w:lineRule="auto"/>
      </w:pPr>
      <w:r>
        <w:rPr>
          <w:b/>
          <w:sz w:val="22"/>
        </w:rPr>
        <w:t>5. Готовность к участию в проекте</w:t>
      </w:r>
    </w:p>
    <w:p w:rsidR="00BC6FEE" w:rsidRPr="00B3232C" w:rsidRDefault="00EA2F25">
      <w:pPr>
        <w:spacing w:after="20" w:line="240" w:lineRule="auto"/>
        <w:rPr>
          <w:lang w:val="ru-RU"/>
        </w:rPr>
      </w:pPr>
      <w:r w:rsidRPr="00B3232C">
        <w:rPr>
          <w:b/>
          <w:lang w:val="ru-RU"/>
        </w:rPr>
        <w:t xml:space="preserve">Готовность к очным рабочим встречам и консультациям в </w:t>
      </w:r>
      <w:proofErr w:type="gramStart"/>
      <w:r w:rsidRPr="00B3232C">
        <w:rPr>
          <w:b/>
          <w:lang w:val="ru-RU"/>
        </w:rPr>
        <w:t>Ташкенте:  ☐</w:t>
      </w:r>
      <w:proofErr w:type="gramEnd"/>
      <w:r w:rsidRPr="00B3232C">
        <w:rPr>
          <w:b/>
          <w:lang w:val="ru-RU"/>
        </w:rPr>
        <w:t xml:space="preserve"> Да   ☐ Нет</w:t>
      </w:r>
      <w:r w:rsidRPr="00B3232C">
        <w:rPr>
          <w:lang w:val="ru-RU"/>
        </w:rPr>
        <w:t xml:space="preserve"> ______________________________________________________________</w:t>
      </w:r>
    </w:p>
    <w:p w:rsidR="00BC6FEE" w:rsidRPr="00B3232C" w:rsidRDefault="00EA2F25">
      <w:pPr>
        <w:spacing w:after="20" w:line="240" w:lineRule="auto"/>
        <w:rPr>
          <w:lang w:val="ru-RU"/>
        </w:rPr>
      </w:pPr>
      <w:r w:rsidRPr="00B3232C">
        <w:rPr>
          <w:b/>
          <w:lang w:val="ru-RU"/>
        </w:rPr>
        <w:t xml:space="preserve">Готовность к рабочим визитам / командировкам по </w:t>
      </w:r>
      <w:proofErr w:type="gramStart"/>
      <w:r w:rsidRPr="00B3232C">
        <w:rPr>
          <w:b/>
          <w:lang w:val="ru-RU"/>
        </w:rPr>
        <w:t>Узбекистану:  ☐</w:t>
      </w:r>
      <w:proofErr w:type="gramEnd"/>
      <w:r w:rsidRPr="00B3232C">
        <w:rPr>
          <w:b/>
          <w:lang w:val="ru-RU"/>
        </w:rPr>
        <w:t xml:space="preserve"> Да   ☐ Нет</w:t>
      </w:r>
      <w:r w:rsidRPr="00B3232C">
        <w:rPr>
          <w:lang w:val="ru-RU"/>
        </w:rPr>
        <w:t xml:space="preserve"> ______________________________________________________________</w:t>
      </w:r>
    </w:p>
    <w:p w:rsidR="00BC6FEE" w:rsidRPr="00B3232C" w:rsidRDefault="00EA2F25">
      <w:pPr>
        <w:spacing w:after="20" w:line="240" w:lineRule="auto"/>
        <w:rPr>
          <w:lang w:val="ru-RU"/>
        </w:rPr>
      </w:pPr>
      <w:r w:rsidRPr="00B3232C">
        <w:rPr>
          <w:b/>
          <w:lang w:val="ru-RU"/>
        </w:rPr>
        <w:t xml:space="preserve">Предполагаемая форма </w:t>
      </w:r>
      <w:proofErr w:type="gramStart"/>
      <w:r w:rsidRPr="00B3232C">
        <w:rPr>
          <w:b/>
          <w:lang w:val="ru-RU"/>
        </w:rPr>
        <w:t>участия:  ☐</w:t>
      </w:r>
      <w:proofErr w:type="gramEnd"/>
      <w:r w:rsidRPr="00B3232C">
        <w:rPr>
          <w:b/>
          <w:lang w:val="ru-RU"/>
        </w:rPr>
        <w:t xml:space="preserve"> Дистанционно + очные встречи   ☐ Преимущественно очно   ☐ Иное: __________</w:t>
      </w:r>
      <w:r w:rsidRPr="00B3232C">
        <w:rPr>
          <w:lang w:val="ru-RU"/>
        </w:rPr>
        <w:t xml:space="preserve"> ______________________________________________________________</w:t>
      </w:r>
    </w:p>
    <w:p w:rsidR="006D0FB5" w:rsidRDefault="00B26AEB">
      <w:pPr>
        <w:spacing w:after="20" w:line="240" w:lineRule="auto"/>
        <w:rPr>
          <w:b/>
          <w:lang w:val="ru-RU"/>
        </w:rPr>
      </w:pPr>
      <w:r>
        <w:rPr>
          <w:b/>
          <w:lang w:val="ru-RU"/>
        </w:rPr>
        <w:t>Подаваемая позиция</w:t>
      </w:r>
      <w:bookmarkStart w:id="0" w:name="_GoBack"/>
      <w:bookmarkEnd w:id="0"/>
      <w:r w:rsidR="006D0FB5" w:rsidRPr="00B3232C">
        <w:rPr>
          <w:b/>
          <w:lang w:val="ru-RU"/>
        </w:rPr>
        <w:t>:</w:t>
      </w:r>
      <w:r w:rsidR="006D0FB5" w:rsidRPr="00B3232C">
        <w:rPr>
          <w:lang w:val="ru-RU"/>
        </w:rPr>
        <w:t xml:space="preserve"> ______________________________________________________________</w:t>
      </w:r>
    </w:p>
    <w:p w:rsidR="00BC6FEE" w:rsidRPr="00B3232C" w:rsidRDefault="00EA2F25">
      <w:pPr>
        <w:spacing w:after="20" w:line="240" w:lineRule="auto"/>
        <w:rPr>
          <w:lang w:val="ru-RU"/>
        </w:rPr>
      </w:pPr>
      <w:r w:rsidRPr="00B3232C">
        <w:rPr>
          <w:b/>
          <w:lang w:val="ru-RU"/>
        </w:rPr>
        <w:t>Возможная дата начала работы:</w:t>
      </w:r>
      <w:r w:rsidRPr="00B3232C">
        <w:rPr>
          <w:lang w:val="ru-RU"/>
        </w:rPr>
        <w:t xml:space="preserve"> ______________________________________________________________</w:t>
      </w:r>
    </w:p>
    <w:p w:rsidR="00BC6FEE" w:rsidRPr="00B3232C" w:rsidRDefault="00EA2F25">
      <w:pPr>
        <w:spacing w:before="100" w:after="40" w:line="240" w:lineRule="auto"/>
        <w:rPr>
          <w:lang w:val="ru-RU"/>
        </w:rPr>
      </w:pPr>
      <w:r w:rsidRPr="00B3232C">
        <w:rPr>
          <w:b/>
          <w:sz w:val="22"/>
          <w:lang w:val="ru-RU"/>
        </w:rPr>
        <w:t>6. Финансовое предложение — ОБЯЗАТЕЛЬНО</w:t>
      </w:r>
    </w:p>
    <w:p w:rsidR="00BC6FEE" w:rsidRPr="00B3232C" w:rsidRDefault="00EA2F25">
      <w:pPr>
        <w:spacing w:after="20" w:line="240" w:lineRule="auto"/>
        <w:rPr>
          <w:lang w:val="ru-RU"/>
        </w:rPr>
      </w:pPr>
      <w:r w:rsidRPr="00B3232C">
        <w:rPr>
          <w:b/>
          <w:lang w:val="ru-RU"/>
        </w:rPr>
        <w:t xml:space="preserve">Запрашиваемая стоимость консультационных услуг </w:t>
      </w:r>
      <w:r w:rsidR="00CD4142">
        <w:rPr>
          <w:b/>
          <w:lang w:val="ru-RU"/>
        </w:rPr>
        <w:t>за</w:t>
      </w:r>
      <w:r w:rsidR="00B3232C">
        <w:rPr>
          <w:b/>
          <w:lang w:val="ru-RU"/>
        </w:rPr>
        <w:t xml:space="preserve"> месяц</w:t>
      </w:r>
      <w:r w:rsidR="00CD4142">
        <w:rPr>
          <w:b/>
          <w:lang w:val="ru-RU"/>
        </w:rPr>
        <w:t xml:space="preserve"> работы</w:t>
      </w:r>
      <w:r w:rsidRPr="00B3232C">
        <w:rPr>
          <w:b/>
          <w:lang w:val="ru-RU"/>
        </w:rPr>
        <w:t xml:space="preserve">, </w:t>
      </w:r>
      <w:r w:rsidRPr="00B3232C">
        <w:rPr>
          <w:lang w:val="ru-RU"/>
        </w:rPr>
        <w:t>в узбекских сумах, включая все применимые налоги, сборы, обязательные платежи</w:t>
      </w:r>
      <w:r w:rsidR="00357AAC">
        <w:rPr>
          <w:lang w:val="ru-RU"/>
        </w:rPr>
        <w:t>, командировочные</w:t>
      </w:r>
      <w:r w:rsidR="009F1EFD">
        <w:rPr>
          <w:lang w:val="ru-RU"/>
        </w:rPr>
        <w:t>, по проживанию</w:t>
      </w:r>
      <w:r w:rsidRPr="00B3232C">
        <w:rPr>
          <w:lang w:val="ru-RU"/>
        </w:rPr>
        <w:t xml:space="preserve"> и иные расходы/затраты:</w:t>
      </w:r>
    </w:p>
    <w:p w:rsidR="00BC6FEE" w:rsidRPr="00B3232C" w:rsidRDefault="00EA2F25">
      <w:pPr>
        <w:spacing w:after="40" w:line="240" w:lineRule="auto"/>
        <w:rPr>
          <w:lang w:val="ru-RU"/>
        </w:rPr>
      </w:pPr>
      <w:r w:rsidRPr="00B3232C">
        <w:rPr>
          <w:b/>
          <w:sz w:val="24"/>
          <w:lang w:val="ru-RU"/>
        </w:rPr>
        <w:t xml:space="preserve">____________________________________________ </w:t>
      </w:r>
      <w:proofErr w:type="spellStart"/>
      <w:r w:rsidRPr="00B3232C">
        <w:rPr>
          <w:b/>
          <w:sz w:val="24"/>
          <w:lang w:val="ru-RU"/>
        </w:rPr>
        <w:t>сум</w:t>
      </w:r>
      <w:proofErr w:type="spellEnd"/>
    </w:p>
    <w:p w:rsidR="00BC6FEE" w:rsidRPr="00B3232C" w:rsidRDefault="00EA2F25">
      <w:pPr>
        <w:spacing w:after="20" w:line="240" w:lineRule="auto"/>
        <w:rPr>
          <w:lang w:val="ru-RU"/>
        </w:rPr>
      </w:pPr>
      <w:r w:rsidRPr="00B3232C">
        <w:rPr>
          <w:lang w:val="ru-RU"/>
        </w:rPr>
        <w:t xml:space="preserve">(________________________________________________________________ </w:t>
      </w:r>
      <w:proofErr w:type="spellStart"/>
      <w:r w:rsidRPr="00B3232C">
        <w:rPr>
          <w:lang w:val="ru-RU"/>
        </w:rPr>
        <w:t>сум</w:t>
      </w:r>
      <w:proofErr w:type="spellEnd"/>
      <w:r w:rsidRPr="00B3232C">
        <w:rPr>
          <w:lang w:val="ru-RU"/>
        </w:rPr>
        <w:t xml:space="preserve"> прописью)</w:t>
      </w:r>
    </w:p>
    <w:p w:rsidR="00BC6FEE" w:rsidRPr="00B3232C" w:rsidRDefault="00EA2F25">
      <w:pPr>
        <w:spacing w:after="40" w:line="240" w:lineRule="auto"/>
        <w:rPr>
          <w:lang w:val="ru-RU"/>
        </w:rPr>
      </w:pPr>
      <w:r w:rsidRPr="00B3232C">
        <w:rPr>
          <w:lang w:val="ru-RU"/>
        </w:rPr>
        <w:t>Подтверждаю, что указанная сумма включает все применимые налоги, сборы, обязательные платежи</w:t>
      </w:r>
      <w:r w:rsidR="00357AAC">
        <w:rPr>
          <w:lang w:val="ru-RU"/>
        </w:rPr>
        <w:t>, командировочные</w:t>
      </w:r>
      <w:r w:rsidR="009F1EFD">
        <w:rPr>
          <w:lang w:val="ru-RU"/>
        </w:rPr>
        <w:t>, по проживанию</w:t>
      </w:r>
      <w:r w:rsidR="00357AAC">
        <w:rPr>
          <w:lang w:val="ru-RU"/>
        </w:rPr>
        <w:t xml:space="preserve"> </w:t>
      </w:r>
      <w:r w:rsidRPr="00B3232C">
        <w:rPr>
          <w:lang w:val="ru-RU"/>
        </w:rPr>
        <w:t>и иные расходы/затраты, связанные с выполнением договора.</w:t>
      </w:r>
    </w:p>
    <w:p w:rsidR="00BC6FEE" w:rsidRPr="00B3232C" w:rsidRDefault="00EA2F25">
      <w:pPr>
        <w:spacing w:before="100" w:after="40" w:line="240" w:lineRule="auto"/>
        <w:rPr>
          <w:lang w:val="ru-RU"/>
        </w:rPr>
      </w:pPr>
      <w:r w:rsidRPr="00B3232C">
        <w:rPr>
          <w:b/>
          <w:sz w:val="22"/>
          <w:lang w:val="ru-RU"/>
        </w:rPr>
        <w:t>7. Дополнительная информация</w:t>
      </w:r>
    </w:p>
    <w:p w:rsidR="00BC6FEE" w:rsidRPr="00B3232C" w:rsidRDefault="00EA2F25">
      <w:pPr>
        <w:spacing w:after="20" w:line="240" w:lineRule="auto"/>
        <w:rPr>
          <w:lang w:val="ru-RU"/>
        </w:rPr>
      </w:pPr>
      <w:r w:rsidRPr="00B3232C">
        <w:rPr>
          <w:lang w:val="ru-RU"/>
        </w:rPr>
        <w:lastRenderedPageBreak/>
        <w:t>Кратко укажите информацию, которую считаете существенной для оценки Вашей кандидатуры (не более 500 слов):</w:t>
      </w:r>
    </w:p>
    <w:p w:rsidR="00BC6FEE" w:rsidRPr="00B3232C" w:rsidRDefault="00EA2F25">
      <w:pPr>
        <w:spacing w:after="20" w:line="240" w:lineRule="auto"/>
        <w:rPr>
          <w:lang w:val="ru-RU"/>
        </w:rPr>
      </w:pPr>
      <w:r w:rsidRPr="00B3232C">
        <w:rPr>
          <w:lang w:val="ru-RU"/>
        </w:rPr>
        <w:t>________________________________________________________________________________</w:t>
      </w:r>
    </w:p>
    <w:p w:rsidR="00BC6FEE" w:rsidRPr="00B3232C" w:rsidRDefault="00EA2F25">
      <w:pPr>
        <w:spacing w:after="20" w:line="240" w:lineRule="auto"/>
        <w:rPr>
          <w:lang w:val="ru-RU"/>
        </w:rPr>
      </w:pPr>
      <w:r w:rsidRPr="00B3232C">
        <w:rPr>
          <w:lang w:val="ru-RU"/>
        </w:rPr>
        <w:t>________________________________________________________________________________</w:t>
      </w:r>
    </w:p>
    <w:p w:rsidR="00BC6FEE" w:rsidRPr="00B3232C" w:rsidRDefault="00EA2F25">
      <w:pPr>
        <w:spacing w:after="20" w:line="240" w:lineRule="auto"/>
        <w:rPr>
          <w:lang w:val="ru-RU"/>
        </w:rPr>
      </w:pPr>
      <w:r w:rsidRPr="00B3232C">
        <w:rPr>
          <w:lang w:val="ru-RU"/>
        </w:rPr>
        <w:t>________________________________________________________________________________</w:t>
      </w:r>
    </w:p>
    <w:p w:rsidR="00BC6FEE" w:rsidRPr="00B3232C" w:rsidRDefault="00EA2F25">
      <w:pPr>
        <w:spacing w:after="20" w:line="240" w:lineRule="auto"/>
        <w:rPr>
          <w:lang w:val="ru-RU"/>
        </w:rPr>
      </w:pPr>
      <w:r w:rsidRPr="00B3232C">
        <w:rPr>
          <w:lang w:val="ru-RU"/>
        </w:rPr>
        <w:t>________________________________________________________________________________</w:t>
      </w:r>
    </w:p>
    <w:p w:rsidR="00BC6FEE" w:rsidRPr="00B3232C" w:rsidRDefault="00EA2F25">
      <w:pPr>
        <w:spacing w:before="100" w:after="40" w:line="240" w:lineRule="auto"/>
        <w:rPr>
          <w:lang w:val="ru-RU"/>
        </w:rPr>
      </w:pPr>
      <w:r w:rsidRPr="00B3232C">
        <w:rPr>
          <w:b/>
          <w:sz w:val="22"/>
          <w:lang w:val="ru-RU"/>
        </w:rPr>
        <w:t>8. Подтверждение</w:t>
      </w:r>
    </w:p>
    <w:p w:rsidR="00BC6FEE" w:rsidRPr="00B3232C" w:rsidRDefault="00EA2F25">
      <w:pPr>
        <w:spacing w:after="100" w:line="240" w:lineRule="auto"/>
        <w:rPr>
          <w:lang w:val="ru-RU"/>
        </w:rPr>
      </w:pPr>
      <w:r w:rsidRPr="00B3232C">
        <w:rPr>
          <w:lang w:val="ru-RU"/>
        </w:rPr>
        <w:t>Настоящим подтверждаю достоверность представленной информации, отсутствие конфликта интересов, а также готовность представить подтверждающие документы по запросу Академии наук Республики Узбекистан.</w:t>
      </w:r>
    </w:p>
    <w:p w:rsidR="00BC6FEE" w:rsidRPr="00B3232C" w:rsidRDefault="00EA2F25">
      <w:pPr>
        <w:spacing w:after="20" w:line="240" w:lineRule="auto"/>
        <w:rPr>
          <w:lang w:val="ru-RU"/>
        </w:rPr>
      </w:pPr>
      <w:r w:rsidRPr="00B3232C">
        <w:rPr>
          <w:b/>
          <w:lang w:val="ru-RU"/>
        </w:rPr>
        <w:t>Ф.И.О.:</w:t>
      </w:r>
      <w:r w:rsidRPr="00B3232C">
        <w:rPr>
          <w:lang w:val="ru-RU"/>
        </w:rPr>
        <w:t xml:space="preserve"> ______________________________________________________________</w:t>
      </w:r>
    </w:p>
    <w:p w:rsidR="00BC6FEE" w:rsidRPr="00B3232C" w:rsidRDefault="00EA2F25">
      <w:pPr>
        <w:spacing w:after="20" w:line="240" w:lineRule="auto"/>
        <w:rPr>
          <w:lang w:val="ru-RU"/>
        </w:rPr>
      </w:pPr>
      <w:r w:rsidRPr="00B3232C">
        <w:rPr>
          <w:b/>
          <w:lang w:val="ru-RU"/>
        </w:rPr>
        <w:t>Дата:</w:t>
      </w:r>
      <w:r w:rsidRPr="00B3232C">
        <w:rPr>
          <w:lang w:val="ru-RU"/>
        </w:rPr>
        <w:t xml:space="preserve"> ______________________________________________________________</w:t>
      </w:r>
    </w:p>
    <w:p w:rsidR="00BC6FEE" w:rsidRPr="00B3232C" w:rsidRDefault="00EA2F25">
      <w:pPr>
        <w:spacing w:after="20" w:line="240" w:lineRule="auto"/>
        <w:rPr>
          <w:lang w:val="ru-RU"/>
        </w:rPr>
      </w:pPr>
      <w:r w:rsidRPr="00B3232C">
        <w:rPr>
          <w:b/>
          <w:lang w:val="ru-RU"/>
        </w:rPr>
        <w:t>Подпись:</w:t>
      </w:r>
      <w:r w:rsidRPr="00B3232C">
        <w:rPr>
          <w:lang w:val="ru-RU"/>
        </w:rPr>
        <w:t xml:space="preserve"> ______________________________________________________________</w:t>
      </w:r>
    </w:p>
    <w:sectPr w:rsidR="00BC6FEE" w:rsidRPr="00B3232C" w:rsidSect="00034616">
      <w:pgSz w:w="12240" w:h="15840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30617"/>
    <w:rsid w:val="0015074B"/>
    <w:rsid w:val="0029639D"/>
    <w:rsid w:val="00326F90"/>
    <w:rsid w:val="00357AAC"/>
    <w:rsid w:val="006D0FB5"/>
    <w:rsid w:val="009F1EFD"/>
    <w:rsid w:val="00AA1D8D"/>
    <w:rsid w:val="00B26AEB"/>
    <w:rsid w:val="00B3232C"/>
    <w:rsid w:val="00B47730"/>
    <w:rsid w:val="00BC6FEE"/>
    <w:rsid w:val="00CB0664"/>
    <w:rsid w:val="00CD4142"/>
    <w:rsid w:val="00EA2F25"/>
    <w:rsid w:val="00F56E4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51CE93"/>
  <w14:defaultImageDpi w14:val="300"/>
  <w15:docId w15:val="{A85B8FC9-F693-420D-BE08-5DCCA1329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Times New Roman" w:hAnsi="Times New Roman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AB8AF94-6E69-4B27-B0AE-BBC132B97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564</Words>
  <Characters>3216</Characters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3773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2013-12-23T23:15:00Z</dcterms:created>
  <dcterms:modified xsi:type="dcterms:W3CDTF">2026-08-26T06:45:00Z</dcterms:modified>
  <cp:category/>
</cp:coreProperties>
</file>