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A3148" w14:textId="77777777" w:rsidR="000800A5" w:rsidRDefault="00122568">
      <w:pPr>
        <w:jc w:val="center"/>
      </w:pPr>
      <w:r>
        <w:rPr>
          <w:b/>
        </w:rPr>
        <w:t>TEXNIK TOPSHIRIQ (TENDER HUJJATLARI)</w:t>
      </w:r>
    </w:p>
    <w:p w14:paraId="14B16D40" w14:textId="77777777" w:rsidR="000800A5" w:rsidRDefault="00122568">
      <w:pPr>
        <w:jc w:val="center"/>
      </w:pPr>
      <w:r>
        <w:rPr>
          <w:b/>
        </w:rPr>
        <w:t xml:space="preserve">Rossiya </w:t>
      </w:r>
      <w:proofErr w:type="spellStart"/>
      <w:r>
        <w:rPr>
          <w:b/>
        </w:rPr>
        <w:t>Federatsiyasi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Hukumati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Raisining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birinchi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oʻrinbosari</w:t>
      </w:r>
      <w:proofErr w:type="spellEnd"/>
      <w:r>
        <w:rPr>
          <w:b/>
        </w:rPr>
        <w:t xml:space="preserve"> D. </w:t>
      </w:r>
      <w:proofErr w:type="spellStart"/>
      <w:r>
        <w:rPr>
          <w:b/>
        </w:rPr>
        <w:t>Manturov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boshchiligidagi</w:t>
      </w:r>
      <w:proofErr w:type="spellEnd"/>
      <w:r>
        <w:rPr>
          <w:b/>
        </w:rPr>
        <w:t xml:space="preserve"> Rossiya </w:t>
      </w:r>
      <w:proofErr w:type="spellStart"/>
      <w:r>
        <w:rPr>
          <w:b/>
        </w:rPr>
        <w:t>Federatsiyasi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delegatsiyasining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Oʻzbekiston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Respublikasiga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tashrifi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davomida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delegatsiyaga</w:t>
      </w:r>
      <w:proofErr w:type="spellEnd"/>
      <w:r>
        <w:rPr>
          <w:b/>
        </w:rPr>
        <w:t xml:space="preserve"> transport </w:t>
      </w:r>
      <w:proofErr w:type="spellStart"/>
      <w:r>
        <w:rPr>
          <w:b/>
        </w:rPr>
        <w:t>xizmati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koʻrsatish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boʻyicha</w:t>
      </w:r>
      <w:proofErr w:type="spellEnd"/>
    </w:p>
    <w:p w14:paraId="75B8FEC6" w14:textId="77777777" w:rsidR="000800A5" w:rsidRDefault="00122568">
      <w:r>
        <w:rPr>
          <w:b/>
        </w:rPr>
        <w:t xml:space="preserve">1. UMUMIY </w:t>
      </w:r>
      <w:proofErr w:type="spellStart"/>
      <w:r>
        <w:rPr>
          <w:b/>
        </w:rPr>
        <w:t>MAʼLUMOTLAR</w:t>
      </w:r>
      <w:proofErr w:type="spellEnd"/>
    </w:p>
    <w:p w14:paraId="5512D98E" w14:textId="77777777" w:rsidR="000800A5" w:rsidRDefault="00122568">
      <w:pPr>
        <w:pStyle w:val="a0"/>
      </w:pPr>
      <w:proofErr w:type="spellStart"/>
      <w:r>
        <w:rPr>
          <w:b/>
        </w:rPr>
        <w:t>Xizmat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koʻrsatish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muddati</w:t>
      </w:r>
      <w:proofErr w:type="spellEnd"/>
      <w:r>
        <w:rPr>
          <w:b/>
        </w:rPr>
        <w:t>:</w:t>
      </w:r>
      <w:r>
        <w:t xml:space="preserve"> 2026-yil 5-oktabr — 2026-yil 7-oktabr.</w:t>
      </w:r>
    </w:p>
    <w:p w14:paraId="4F30FE84" w14:textId="77777777" w:rsidR="000800A5" w:rsidRDefault="00122568">
      <w:pPr>
        <w:pStyle w:val="a0"/>
      </w:pPr>
      <w:proofErr w:type="spellStart"/>
      <w:r>
        <w:rPr>
          <w:b/>
        </w:rPr>
        <w:t>Joylashuv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Fargʻona</w:t>
      </w:r>
      <w:proofErr w:type="spellEnd"/>
      <w:r>
        <w:t xml:space="preserve"> </w:t>
      </w:r>
      <w:proofErr w:type="spellStart"/>
      <w:r>
        <w:t>viloyati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Toshkent sh.</w:t>
      </w:r>
    </w:p>
    <w:p w14:paraId="25A0F74E" w14:textId="77777777" w:rsidR="000800A5" w:rsidRDefault="00122568">
      <w:pPr>
        <w:pStyle w:val="a0"/>
      </w:pPr>
      <w:r>
        <w:rPr>
          <w:b/>
        </w:rPr>
        <w:t xml:space="preserve">Tadbir </w:t>
      </w:r>
      <w:proofErr w:type="spellStart"/>
      <w:r>
        <w:rPr>
          <w:b/>
        </w:rPr>
        <w:t>maqomi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Xorijiy</w:t>
      </w:r>
      <w:proofErr w:type="spellEnd"/>
      <w:r>
        <w:t xml:space="preserve"> </w:t>
      </w:r>
      <w:proofErr w:type="spellStart"/>
      <w:r>
        <w:t>delegatsiyalarning</w:t>
      </w:r>
      <w:proofErr w:type="spellEnd"/>
      <w:r>
        <w:t xml:space="preserve"> </w:t>
      </w:r>
      <w:proofErr w:type="spellStart"/>
      <w:r>
        <w:t>rasmiy</w:t>
      </w:r>
      <w:proofErr w:type="spellEnd"/>
      <w:r>
        <w:t xml:space="preserve"> </w:t>
      </w:r>
      <w:proofErr w:type="spellStart"/>
      <w:r>
        <w:t>tashrifi</w:t>
      </w:r>
      <w:proofErr w:type="spellEnd"/>
      <w:r>
        <w:t>.</w:t>
      </w:r>
    </w:p>
    <w:p w14:paraId="2B3C2DA6" w14:textId="77777777" w:rsidR="000800A5" w:rsidRDefault="00122568">
      <w:r>
        <w:rPr>
          <w:b/>
        </w:rPr>
        <w:t xml:space="preserve">2. TRANSPORT VOSITALARINING TARKIBI VA ULARGA </w:t>
      </w:r>
      <w:proofErr w:type="spellStart"/>
      <w:r>
        <w:rPr>
          <w:b/>
        </w:rPr>
        <w:t>QOʻYILADIGAN</w:t>
      </w:r>
      <w:proofErr w:type="spellEnd"/>
      <w:r>
        <w:rPr>
          <w:b/>
        </w:rPr>
        <w:t xml:space="preserve"> TALABLAR</w:t>
      </w:r>
    </w:p>
    <w:p w14:paraId="3EB009A1" w14:textId="77777777" w:rsidR="000800A5" w:rsidRDefault="00122568">
      <w:proofErr w:type="spellStart"/>
      <w:r>
        <w:t>Ijrochi</w:t>
      </w:r>
      <w:proofErr w:type="spellEnd"/>
      <w:r>
        <w:t xml:space="preserve"> </w:t>
      </w:r>
      <w:proofErr w:type="spellStart"/>
      <w:r>
        <w:t>benuqson</w:t>
      </w:r>
      <w:proofErr w:type="spellEnd"/>
      <w:r>
        <w:t xml:space="preserve"> </w:t>
      </w:r>
      <w:proofErr w:type="spellStart"/>
      <w:r>
        <w:t>texnik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sanitariya</w:t>
      </w:r>
      <w:proofErr w:type="spellEnd"/>
      <w:r>
        <w:t xml:space="preserve"> </w:t>
      </w:r>
      <w:proofErr w:type="spellStart"/>
      <w:r>
        <w:t>holatidagi</w:t>
      </w:r>
      <w:proofErr w:type="spellEnd"/>
      <w:r>
        <w:t xml:space="preserve"> 12 </w:t>
      </w:r>
      <w:proofErr w:type="spellStart"/>
      <w:r>
        <w:t>birlik</w:t>
      </w:r>
      <w:proofErr w:type="spellEnd"/>
      <w:r>
        <w:t xml:space="preserve"> </w:t>
      </w:r>
      <w:proofErr w:type="spellStart"/>
      <w:r>
        <w:t>avtotransport</w:t>
      </w:r>
      <w:proofErr w:type="spellEnd"/>
      <w:r>
        <w:t xml:space="preserve"> </w:t>
      </w:r>
      <w:proofErr w:type="spellStart"/>
      <w:r>
        <w:t>vositasini</w:t>
      </w:r>
      <w:proofErr w:type="spellEnd"/>
      <w:r>
        <w:t xml:space="preserve"> </w:t>
      </w:r>
      <w:proofErr w:type="spellStart"/>
      <w:r>
        <w:t>taqdim</w:t>
      </w:r>
      <w:proofErr w:type="spellEnd"/>
      <w:r>
        <w:t xml:space="preserve"> </w:t>
      </w:r>
      <w:proofErr w:type="spellStart"/>
      <w:r>
        <w:t>etishi</w:t>
      </w:r>
      <w:proofErr w:type="spellEnd"/>
      <w:r>
        <w:t xml:space="preserve"> </w:t>
      </w:r>
      <w:proofErr w:type="spellStart"/>
      <w:r>
        <w:t>shart</w:t>
      </w:r>
      <w:proofErr w:type="spellEnd"/>
      <w:r>
        <w:t xml:space="preserve">, </w:t>
      </w:r>
      <w:proofErr w:type="spellStart"/>
      <w:r>
        <w:t>shundan</w:t>
      </w:r>
      <w:proofErr w:type="spellEnd"/>
      <w:r>
        <w:t xml:space="preserve"> 6 </w:t>
      </w:r>
      <w:proofErr w:type="spellStart"/>
      <w:r>
        <w:t>birligi</w:t>
      </w:r>
      <w:proofErr w:type="spellEnd"/>
      <w:r>
        <w:t xml:space="preserve"> — </w:t>
      </w:r>
      <w:proofErr w:type="spellStart"/>
      <w:r>
        <w:t>Fargʻona</w:t>
      </w:r>
      <w:proofErr w:type="spellEnd"/>
      <w:r>
        <w:t xml:space="preserve"> </w:t>
      </w:r>
      <w:proofErr w:type="spellStart"/>
      <w:r>
        <w:t>viloyatida</w:t>
      </w:r>
      <w:proofErr w:type="spellEnd"/>
      <w:r>
        <w:t xml:space="preserve"> </w:t>
      </w:r>
      <w:proofErr w:type="spellStart"/>
      <w:r>
        <w:t>delegatsiyaga</w:t>
      </w:r>
      <w:proofErr w:type="spellEnd"/>
      <w:r>
        <w:t xml:space="preserve"> </w:t>
      </w:r>
      <w:proofErr w:type="spellStart"/>
      <w:r>
        <w:t>xizmat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6 </w:t>
      </w:r>
      <w:proofErr w:type="spellStart"/>
      <w:r>
        <w:t>birligi</w:t>
      </w:r>
      <w:proofErr w:type="spellEnd"/>
      <w:r>
        <w:t xml:space="preserve"> — Toshkent </w:t>
      </w:r>
      <w:proofErr w:type="spellStart"/>
      <w:r>
        <w:t>shahrida</w:t>
      </w:r>
      <w:proofErr w:type="spellEnd"/>
      <w:r>
        <w:t xml:space="preserve"> </w:t>
      </w:r>
      <w:proofErr w:type="spellStart"/>
      <w:r>
        <w:t>delegatsiyaga</w:t>
      </w:r>
      <w:proofErr w:type="spellEnd"/>
      <w:r>
        <w:t xml:space="preserve"> </w:t>
      </w:r>
      <w:proofErr w:type="spellStart"/>
      <w:r>
        <w:t>xizmat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>:</w:t>
      </w:r>
    </w:p>
    <w:p w14:paraId="026E348B" w14:textId="77777777" w:rsidR="000800A5" w:rsidRDefault="00122568">
      <w:r>
        <w:rPr>
          <w:b/>
        </w:rPr>
        <w:t xml:space="preserve">Lot №1: </w:t>
      </w:r>
      <w:proofErr w:type="spellStart"/>
      <w:r>
        <w:rPr>
          <w:b/>
        </w:rPr>
        <w:t>Vakillik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sedani</w:t>
      </w:r>
      <w:proofErr w:type="spellEnd"/>
      <w:r>
        <w:rPr>
          <w:b/>
        </w:rPr>
        <w:t xml:space="preserve"> — 4 </w:t>
      </w:r>
      <w:proofErr w:type="spellStart"/>
      <w:r>
        <w:rPr>
          <w:b/>
        </w:rPr>
        <w:t>birlik</w:t>
      </w:r>
      <w:proofErr w:type="spellEnd"/>
      <w:r>
        <w:rPr>
          <w:b/>
        </w:rPr>
        <w:t>.</w:t>
      </w:r>
    </w:p>
    <w:p w14:paraId="58E25DCF" w14:textId="77777777" w:rsidR="000800A5" w:rsidRDefault="00122568">
      <w:pPr>
        <w:pStyle w:val="a0"/>
      </w:pPr>
      <w:r>
        <w:rPr>
          <w:b/>
        </w:rPr>
        <w:t>Soni:</w:t>
      </w:r>
      <w:r>
        <w:t xml:space="preserve"> </w:t>
      </w:r>
      <w:r>
        <w:rPr>
          <w:b/>
        </w:rPr>
        <w:t xml:space="preserve">2 </w:t>
      </w:r>
      <w:proofErr w:type="spellStart"/>
      <w:r>
        <w:rPr>
          <w:b/>
        </w:rPr>
        <w:t>birlik</w:t>
      </w:r>
      <w:proofErr w:type="spellEnd"/>
      <w:r>
        <w:t xml:space="preserve"> — </w:t>
      </w:r>
      <w:proofErr w:type="spellStart"/>
      <w:r>
        <w:rPr>
          <w:b/>
        </w:rPr>
        <w:t>Fargʻona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viloyatida</w:t>
      </w:r>
      <w:proofErr w:type="spellEnd"/>
      <w:r>
        <w:t xml:space="preserve"> </w:t>
      </w:r>
      <w:proofErr w:type="spellStart"/>
      <w:r>
        <w:t>delegatsiyaga</w:t>
      </w:r>
      <w:proofErr w:type="spellEnd"/>
      <w:r>
        <w:t xml:space="preserve"> </w:t>
      </w:r>
      <w:proofErr w:type="spellStart"/>
      <w:r>
        <w:t>xizmat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>;</w:t>
      </w:r>
    </w:p>
    <w:p w14:paraId="7F35B992" w14:textId="77777777" w:rsidR="000800A5" w:rsidRDefault="00122568">
      <w:r>
        <w:rPr>
          <w:b/>
        </w:rPr>
        <w:t xml:space="preserve">2 </w:t>
      </w:r>
      <w:proofErr w:type="spellStart"/>
      <w:r>
        <w:rPr>
          <w:b/>
        </w:rPr>
        <w:t>birlik</w:t>
      </w:r>
      <w:proofErr w:type="spellEnd"/>
      <w:r>
        <w:t xml:space="preserve"> — </w:t>
      </w:r>
      <w:r>
        <w:rPr>
          <w:b/>
        </w:rPr>
        <w:t xml:space="preserve">Toshkent </w:t>
      </w:r>
      <w:proofErr w:type="spellStart"/>
      <w:r>
        <w:rPr>
          <w:b/>
        </w:rPr>
        <w:t>shahrida</w:t>
      </w:r>
      <w:proofErr w:type="spellEnd"/>
      <w:r>
        <w:t xml:space="preserve"> </w:t>
      </w:r>
      <w:proofErr w:type="spellStart"/>
      <w:r>
        <w:t>delegatsiyaga</w:t>
      </w:r>
      <w:proofErr w:type="spellEnd"/>
      <w:r>
        <w:t xml:space="preserve"> </w:t>
      </w:r>
      <w:proofErr w:type="spellStart"/>
      <w:r>
        <w:t>xizmat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>.</w:t>
      </w:r>
    </w:p>
    <w:p w14:paraId="4B1D120C" w14:textId="77777777" w:rsidR="000800A5" w:rsidRDefault="00122568">
      <w:pPr>
        <w:pStyle w:val="a0"/>
      </w:pPr>
      <w:r>
        <w:rPr>
          <w:b/>
        </w:rPr>
        <w:t>Model:</w:t>
      </w:r>
      <w:r>
        <w:t xml:space="preserve"> Mercedes-Benz S-Class (W222 </w:t>
      </w:r>
      <w:proofErr w:type="spellStart"/>
      <w:r>
        <w:t>restayling</w:t>
      </w:r>
      <w:proofErr w:type="spellEnd"/>
      <w:r>
        <w:t>).</w:t>
      </w:r>
    </w:p>
    <w:p w14:paraId="354A2183" w14:textId="77777777" w:rsidR="000800A5" w:rsidRDefault="00122568">
      <w:pPr>
        <w:pStyle w:val="a0"/>
      </w:pPr>
      <w:r>
        <w:rPr>
          <w:b/>
        </w:rPr>
        <w:t>Rangi:</w:t>
      </w:r>
      <w:r>
        <w:t xml:space="preserve"> </w:t>
      </w:r>
      <w:proofErr w:type="spellStart"/>
      <w:r>
        <w:t>qora</w:t>
      </w:r>
      <w:proofErr w:type="spellEnd"/>
      <w:r>
        <w:t>.</w:t>
      </w:r>
    </w:p>
    <w:p w14:paraId="77F47F8B" w14:textId="77777777" w:rsidR="000800A5" w:rsidRDefault="00122568">
      <w:pPr>
        <w:pStyle w:val="a0"/>
      </w:pPr>
      <w:proofErr w:type="spellStart"/>
      <w:r>
        <w:rPr>
          <w:b/>
        </w:rPr>
        <w:t>Kuzovga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qoʻyiladigan</w:t>
      </w:r>
      <w:proofErr w:type="spellEnd"/>
      <w:r>
        <w:rPr>
          <w:b/>
        </w:rPr>
        <w:t xml:space="preserve"> talab:</w:t>
      </w:r>
      <w:r>
        <w:t xml:space="preserve"> </w:t>
      </w:r>
      <w:proofErr w:type="spellStart"/>
      <w:r>
        <w:t>faqat</w:t>
      </w:r>
      <w:proofErr w:type="spellEnd"/>
      <w:r>
        <w:t xml:space="preserve"> original </w:t>
      </w:r>
      <w:proofErr w:type="spellStart"/>
      <w:r>
        <w:t>zavod</w:t>
      </w:r>
      <w:proofErr w:type="spellEnd"/>
      <w:r>
        <w:t xml:space="preserve"> </w:t>
      </w:r>
      <w:proofErr w:type="spellStart"/>
      <w:r>
        <w:t>kuzovi</w:t>
      </w:r>
      <w:proofErr w:type="spellEnd"/>
      <w:r>
        <w:t xml:space="preserve">. </w:t>
      </w:r>
      <w:proofErr w:type="spellStart"/>
      <w:r>
        <w:t>Kuzovi</w:t>
      </w:r>
      <w:proofErr w:type="spellEnd"/>
      <w:r>
        <w:t xml:space="preserve"> </w:t>
      </w:r>
      <w:proofErr w:type="spellStart"/>
      <w:r>
        <w:t>oʻzgartirilgan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oldingi</w:t>
      </w:r>
      <w:proofErr w:type="spellEnd"/>
      <w:r>
        <w:t xml:space="preserve"> </w:t>
      </w:r>
      <w:proofErr w:type="spellStart"/>
      <w:r>
        <w:t>modellardan</w:t>
      </w:r>
      <w:proofErr w:type="spellEnd"/>
      <w:r>
        <w:t xml:space="preserve"> </w:t>
      </w:r>
      <w:proofErr w:type="spellStart"/>
      <w:r>
        <w:t>qayta</w:t>
      </w:r>
      <w:proofErr w:type="spellEnd"/>
      <w:r>
        <w:t xml:space="preserve"> </w:t>
      </w:r>
      <w:proofErr w:type="spellStart"/>
      <w:r>
        <w:t>jihozlangan</w:t>
      </w:r>
      <w:proofErr w:type="spellEnd"/>
      <w:r>
        <w:t xml:space="preserve"> </w:t>
      </w:r>
      <w:proofErr w:type="spellStart"/>
      <w:r>
        <w:t>avtomobillardan</w:t>
      </w:r>
      <w:proofErr w:type="spellEnd"/>
      <w:r>
        <w:t xml:space="preserve"> (</w:t>
      </w:r>
      <w:proofErr w:type="spellStart"/>
      <w:r>
        <w:t>shu</w:t>
      </w:r>
      <w:proofErr w:type="spellEnd"/>
      <w:r>
        <w:t xml:space="preserve"> </w:t>
      </w:r>
      <w:proofErr w:type="spellStart"/>
      <w:r>
        <w:t>jumladan</w:t>
      </w:r>
      <w:proofErr w:type="spellEnd"/>
      <w:r>
        <w:t xml:space="preserve"> W221 </w:t>
      </w:r>
      <w:proofErr w:type="spellStart"/>
      <w:r>
        <w:t>kuzovidan</w:t>
      </w:r>
      <w:proofErr w:type="spellEnd"/>
      <w:r>
        <w:t xml:space="preserve"> </w:t>
      </w:r>
      <w:proofErr w:type="spellStart"/>
      <w:r>
        <w:t>feyslifting</w:t>
      </w:r>
      <w:proofErr w:type="spellEnd"/>
      <w:r>
        <w:t xml:space="preserve"> </w:t>
      </w:r>
      <w:proofErr w:type="spellStart"/>
      <w:r>
        <w:t>qilinganlardan</w:t>
      </w:r>
      <w:proofErr w:type="spellEnd"/>
      <w:r>
        <w:t xml:space="preserve">) </w:t>
      </w:r>
      <w:proofErr w:type="spellStart"/>
      <w:r>
        <w:t>foydalanish</w:t>
      </w:r>
      <w:proofErr w:type="spellEnd"/>
      <w:r>
        <w:t xml:space="preserve"> </w:t>
      </w:r>
      <w:proofErr w:type="spellStart"/>
      <w:r>
        <w:t>qatʼiyan</w:t>
      </w:r>
      <w:proofErr w:type="spellEnd"/>
      <w:r>
        <w:t xml:space="preserve"> </w:t>
      </w:r>
      <w:proofErr w:type="spellStart"/>
      <w:r>
        <w:t>taqiqlanadi</w:t>
      </w:r>
      <w:proofErr w:type="spellEnd"/>
      <w:r>
        <w:t>.</w:t>
      </w:r>
    </w:p>
    <w:p w14:paraId="79CDF958" w14:textId="77777777" w:rsidR="000800A5" w:rsidRDefault="00122568">
      <w:pPr>
        <w:pStyle w:val="a0"/>
      </w:pPr>
      <w:r>
        <w:rPr>
          <w:b/>
        </w:rPr>
        <w:t>Salon:</w:t>
      </w:r>
      <w:r>
        <w:t xml:space="preserve"> charm, </w:t>
      </w:r>
      <w:proofErr w:type="spellStart"/>
      <w:r>
        <w:t>toʻq</w:t>
      </w:r>
      <w:proofErr w:type="spellEnd"/>
      <w:r>
        <w:t xml:space="preserve"> </w:t>
      </w:r>
      <w:proofErr w:type="spellStart"/>
      <w:r>
        <w:t>rangli</w:t>
      </w:r>
      <w:proofErr w:type="spellEnd"/>
      <w:r>
        <w:t>, «</w:t>
      </w:r>
      <w:proofErr w:type="spellStart"/>
      <w:r>
        <w:t>yangi</w:t>
      </w:r>
      <w:proofErr w:type="spellEnd"/>
      <w:r>
        <w:t xml:space="preserve">» </w:t>
      </w:r>
      <w:proofErr w:type="spellStart"/>
      <w:r>
        <w:t>holatida</w:t>
      </w:r>
      <w:proofErr w:type="spellEnd"/>
      <w:r>
        <w:t>.</w:t>
      </w:r>
    </w:p>
    <w:p w14:paraId="6DE39CED" w14:textId="77777777" w:rsidR="000800A5" w:rsidRDefault="00122568">
      <w:r>
        <w:rPr>
          <w:b/>
        </w:rPr>
        <w:t xml:space="preserve">Lot №2: </w:t>
      </w:r>
      <w:proofErr w:type="spellStart"/>
      <w:r>
        <w:rPr>
          <w:b/>
        </w:rPr>
        <w:t>Biznes</w:t>
      </w:r>
      <w:proofErr w:type="spellEnd"/>
      <w:r>
        <w:rPr>
          <w:b/>
        </w:rPr>
        <w:t xml:space="preserve">-sedan — 4 </w:t>
      </w:r>
      <w:proofErr w:type="spellStart"/>
      <w:r>
        <w:rPr>
          <w:b/>
        </w:rPr>
        <w:t>birlik</w:t>
      </w:r>
      <w:proofErr w:type="spellEnd"/>
      <w:r>
        <w:rPr>
          <w:b/>
        </w:rPr>
        <w:t>.</w:t>
      </w:r>
    </w:p>
    <w:p w14:paraId="500828F5" w14:textId="77777777" w:rsidR="000800A5" w:rsidRDefault="00122568">
      <w:pPr>
        <w:pStyle w:val="a0"/>
      </w:pPr>
      <w:r>
        <w:rPr>
          <w:b/>
        </w:rPr>
        <w:t>Soni:</w:t>
      </w:r>
      <w:r>
        <w:t xml:space="preserve"> </w:t>
      </w:r>
      <w:r>
        <w:rPr>
          <w:b/>
        </w:rPr>
        <w:t xml:space="preserve">2 </w:t>
      </w:r>
      <w:proofErr w:type="spellStart"/>
      <w:r>
        <w:rPr>
          <w:b/>
        </w:rPr>
        <w:t>birlik</w:t>
      </w:r>
      <w:proofErr w:type="spellEnd"/>
      <w:r>
        <w:t xml:space="preserve"> — </w:t>
      </w:r>
      <w:proofErr w:type="spellStart"/>
      <w:r>
        <w:rPr>
          <w:b/>
        </w:rPr>
        <w:t>Fargʻona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viloyatida</w:t>
      </w:r>
      <w:proofErr w:type="spellEnd"/>
      <w:r>
        <w:t xml:space="preserve"> </w:t>
      </w:r>
      <w:proofErr w:type="spellStart"/>
      <w:r>
        <w:t>delegatsiyaga</w:t>
      </w:r>
      <w:proofErr w:type="spellEnd"/>
      <w:r>
        <w:t xml:space="preserve"> </w:t>
      </w:r>
      <w:proofErr w:type="spellStart"/>
      <w:r>
        <w:t>xizmat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>;</w:t>
      </w:r>
    </w:p>
    <w:p w14:paraId="64181864" w14:textId="77777777" w:rsidR="000800A5" w:rsidRDefault="00122568">
      <w:r>
        <w:rPr>
          <w:b/>
        </w:rPr>
        <w:t xml:space="preserve">2 </w:t>
      </w:r>
      <w:proofErr w:type="spellStart"/>
      <w:r>
        <w:rPr>
          <w:b/>
        </w:rPr>
        <w:t>birlik</w:t>
      </w:r>
      <w:proofErr w:type="spellEnd"/>
      <w:r>
        <w:t xml:space="preserve"> — </w:t>
      </w:r>
      <w:r>
        <w:rPr>
          <w:b/>
        </w:rPr>
        <w:t xml:space="preserve">Toshkent </w:t>
      </w:r>
      <w:proofErr w:type="spellStart"/>
      <w:r>
        <w:rPr>
          <w:b/>
        </w:rPr>
        <w:t>shahrida</w:t>
      </w:r>
      <w:proofErr w:type="spellEnd"/>
      <w:r>
        <w:t xml:space="preserve"> </w:t>
      </w:r>
      <w:proofErr w:type="spellStart"/>
      <w:r>
        <w:t>delegatsiyaga</w:t>
      </w:r>
      <w:proofErr w:type="spellEnd"/>
      <w:r>
        <w:t xml:space="preserve"> </w:t>
      </w:r>
      <w:proofErr w:type="spellStart"/>
      <w:r>
        <w:t>xizmat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>.</w:t>
      </w:r>
    </w:p>
    <w:p w14:paraId="0B6CA8EC" w14:textId="77777777" w:rsidR="000800A5" w:rsidRDefault="00122568">
      <w:pPr>
        <w:pStyle w:val="a0"/>
      </w:pPr>
      <w:r>
        <w:rPr>
          <w:b/>
        </w:rPr>
        <w:t>Model:</w:t>
      </w:r>
      <w:r>
        <w:t xml:space="preserve"> Mercedes-Benz E-Class.</w:t>
      </w:r>
    </w:p>
    <w:p w14:paraId="62990B1F" w14:textId="77777777" w:rsidR="000800A5" w:rsidRDefault="00122568">
      <w:pPr>
        <w:pStyle w:val="a0"/>
      </w:pPr>
      <w:r>
        <w:rPr>
          <w:b/>
        </w:rPr>
        <w:t>Rangi:</w:t>
      </w:r>
      <w:r>
        <w:t xml:space="preserve"> </w:t>
      </w:r>
      <w:proofErr w:type="spellStart"/>
      <w:r>
        <w:t>qora</w:t>
      </w:r>
      <w:proofErr w:type="spellEnd"/>
      <w:r>
        <w:t>.</w:t>
      </w:r>
    </w:p>
    <w:p w14:paraId="244C969B" w14:textId="77777777" w:rsidR="000800A5" w:rsidRDefault="00122568">
      <w:pPr>
        <w:pStyle w:val="a0"/>
      </w:pPr>
      <w:proofErr w:type="spellStart"/>
      <w:r>
        <w:rPr>
          <w:b/>
        </w:rPr>
        <w:t>Kuzovga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qoʻyiladigan</w:t>
      </w:r>
      <w:proofErr w:type="spellEnd"/>
      <w:r>
        <w:rPr>
          <w:b/>
        </w:rPr>
        <w:t xml:space="preserve"> talab:</w:t>
      </w:r>
      <w:r>
        <w:t xml:space="preserve"> </w:t>
      </w:r>
      <w:proofErr w:type="spellStart"/>
      <w:r>
        <w:t>faqat</w:t>
      </w:r>
      <w:proofErr w:type="spellEnd"/>
      <w:r>
        <w:t xml:space="preserve"> original </w:t>
      </w:r>
      <w:proofErr w:type="spellStart"/>
      <w:r>
        <w:t>zavod</w:t>
      </w:r>
      <w:proofErr w:type="spellEnd"/>
      <w:r>
        <w:t xml:space="preserve"> </w:t>
      </w:r>
      <w:proofErr w:type="spellStart"/>
      <w:r>
        <w:t>kuzovi</w:t>
      </w:r>
      <w:proofErr w:type="spellEnd"/>
      <w:r>
        <w:t>.</w:t>
      </w:r>
    </w:p>
    <w:p w14:paraId="293A72D4" w14:textId="77777777" w:rsidR="000800A5" w:rsidRDefault="00122568">
      <w:pPr>
        <w:pStyle w:val="a0"/>
      </w:pPr>
      <w:r>
        <w:rPr>
          <w:b/>
        </w:rPr>
        <w:t>Salon:</w:t>
      </w:r>
      <w:r>
        <w:t xml:space="preserve"> charm, </w:t>
      </w:r>
      <w:proofErr w:type="spellStart"/>
      <w:r>
        <w:t>toʻq</w:t>
      </w:r>
      <w:proofErr w:type="spellEnd"/>
      <w:r>
        <w:t xml:space="preserve"> </w:t>
      </w:r>
      <w:proofErr w:type="spellStart"/>
      <w:r>
        <w:t>rangli</w:t>
      </w:r>
      <w:proofErr w:type="spellEnd"/>
      <w:r>
        <w:t>, «</w:t>
      </w:r>
      <w:proofErr w:type="spellStart"/>
      <w:r>
        <w:t>yangi</w:t>
      </w:r>
      <w:proofErr w:type="spellEnd"/>
      <w:r>
        <w:t xml:space="preserve">» </w:t>
      </w:r>
      <w:proofErr w:type="spellStart"/>
      <w:r>
        <w:t>holatida</w:t>
      </w:r>
      <w:proofErr w:type="spellEnd"/>
      <w:r>
        <w:t>.</w:t>
      </w:r>
    </w:p>
    <w:p w14:paraId="42540389" w14:textId="77777777" w:rsidR="000800A5" w:rsidRDefault="00122568">
      <w:r>
        <w:rPr>
          <w:b/>
        </w:rPr>
        <w:t xml:space="preserve">Lot №3: </w:t>
      </w:r>
      <w:proofErr w:type="spellStart"/>
      <w:r>
        <w:rPr>
          <w:b/>
        </w:rPr>
        <w:t>Mikroavtobus</w:t>
      </w:r>
      <w:proofErr w:type="spellEnd"/>
      <w:r>
        <w:rPr>
          <w:b/>
        </w:rPr>
        <w:t xml:space="preserve"> — 4 </w:t>
      </w:r>
      <w:proofErr w:type="spellStart"/>
      <w:r>
        <w:rPr>
          <w:b/>
        </w:rPr>
        <w:t>birlik</w:t>
      </w:r>
      <w:proofErr w:type="spellEnd"/>
      <w:r>
        <w:rPr>
          <w:b/>
        </w:rPr>
        <w:t>.</w:t>
      </w:r>
    </w:p>
    <w:p w14:paraId="2C18746A" w14:textId="77777777" w:rsidR="000800A5" w:rsidRDefault="00122568">
      <w:pPr>
        <w:pStyle w:val="a0"/>
      </w:pPr>
      <w:r>
        <w:rPr>
          <w:b/>
        </w:rPr>
        <w:lastRenderedPageBreak/>
        <w:t>Soni:</w:t>
      </w:r>
      <w:r>
        <w:t xml:space="preserve"> </w:t>
      </w:r>
      <w:r>
        <w:rPr>
          <w:b/>
        </w:rPr>
        <w:t xml:space="preserve">2 </w:t>
      </w:r>
      <w:proofErr w:type="spellStart"/>
      <w:r>
        <w:rPr>
          <w:b/>
        </w:rPr>
        <w:t>birlik</w:t>
      </w:r>
      <w:proofErr w:type="spellEnd"/>
      <w:r>
        <w:t xml:space="preserve"> — </w:t>
      </w:r>
      <w:proofErr w:type="spellStart"/>
      <w:r>
        <w:rPr>
          <w:b/>
        </w:rPr>
        <w:t>Fargʻona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viloyatida</w:t>
      </w:r>
      <w:proofErr w:type="spellEnd"/>
      <w:r>
        <w:t xml:space="preserve"> </w:t>
      </w:r>
      <w:proofErr w:type="spellStart"/>
      <w:r>
        <w:t>delegatsiyaga</w:t>
      </w:r>
      <w:proofErr w:type="spellEnd"/>
      <w:r>
        <w:t xml:space="preserve"> </w:t>
      </w:r>
      <w:proofErr w:type="spellStart"/>
      <w:r>
        <w:t>xizmat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>;</w:t>
      </w:r>
    </w:p>
    <w:p w14:paraId="4136D196" w14:textId="77777777" w:rsidR="000800A5" w:rsidRDefault="00122568">
      <w:r>
        <w:rPr>
          <w:b/>
        </w:rPr>
        <w:t xml:space="preserve">2 </w:t>
      </w:r>
      <w:proofErr w:type="spellStart"/>
      <w:r>
        <w:rPr>
          <w:b/>
        </w:rPr>
        <w:t>birlik</w:t>
      </w:r>
      <w:proofErr w:type="spellEnd"/>
      <w:r>
        <w:t xml:space="preserve"> — </w:t>
      </w:r>
      <w:r>
        <w:rPr>
          <w:b/>
        </w:rPr>
        <w:t xml:space="preserve">Toshkent </w:t>
      </w:r>
      <w:proofErr w:type="spellStart"/>
      <w:r>
        <w:rPr>
          <w:b/>
        </w:rPr>
        <w:t>shahrida</w:t>
      </w:r>
      <w:proofErr w:type="spellEnd"/>
      <w:r>
        <w:t xml:space="preserve"> </w:t>
      </w:r>
      <w:proofErr w:type="spellStart"/>
      <w:r>
        <w:t>delegatsiyaga</w:t>
      </w:r>
      <w:proofErr w:type="spellEnd"/>
      <w:r>
        <w:t xml:space="preserve"> </w:t>
      </w:r>
      <w:proofErr w:type="spellStart"/>
      <w:r>
        <w:t>xizmat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>.</w:t>
      </w:r>
    </w:p>
    <w:p w14:paraId="6F13417B" w14:textId="77777777" w:rsidR="000800A5" w:rsidRDefault="00122568">
      <w:pPr>
        <w:pStyle w:val="a0"/>
      </w:pPr>
      <w:r>
        <w:rPr>
          <w:b/>
        </w:rPr>
        <w:t>Model:</w:t>
      </w:r>
      <w:r>
        <w:t xml:space="preserve"> Mercedes-Benz Sprinter.</w:t>
      </w:r>
    </w:p>
    <w:p w14:paraId="50C3EB4B" w14:textId="77777777" w:rsidR="000800A5" w:rsidRDefault="00122568">
      <w:pPr>
        <w:pStyle w:val="a0"/>
      </w:pPr>
      <w:proofErr w:type="spellStart"/>
      <w:r>
        <w:rPr>
          <w:b/>
        </w:rPr>
        <w:t>Sigʻimi</w:t>
      </w:r>
      <w:proofErr w:type="spellEnd"/>
      <w:r>
        <w:rPr>
          <w:b/>
        </w:rPr>
        <w:t>:</w:t>
      </w:r>
      <w:r>
        <w:t xml:space="preserve"> 14–18 </w:t>
      </w:r>
      <w:proofErr w:type="spellStart"/>
      <w:r>
        <w:t>yoʻlovchi</w:t>
      </w:r>
      <w:proofErr w:type="spellEnd"/>
      <w:r>
        <w:t xml:space="preserve"> </w:t>
      </w:r>
      <w:proofErr w:type="spellStart"/>
      <w:r>
        <w:t>oʻrni</w:t>
      </w:r>
      <w:proofErr w:type="spellEnd"/>
      <w:r>
        <w:t>.</w:t>
      </w:r>
    </w:p>
    <w:p w14:paraId="07266D66" w14:textId="77777777" w:rsidR="000800A5" w:rsidRDefault="00122568">
      <w:pPr>
        <w:pStyle w:val="a0"/>
      </w:pPr>
      <w:r>
        <w:rPr>
          <w:b/>
        </w:rPr>
        <w:t>Rangi:</w:t>
      </w:r>
      <w:r>
        <w:t xml:space="preserve"> </w:t>
      </w:r>
      <w:proofErr w:type="spellStart"/>
      <w:r>
        <w:t>qora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oq</w:t>
      </w:r>
      <w:proofErr w:type="spellEnd"/>
      <w:r>
        <w:t>.</w:t>
      </w:r>
    </w:p>
    <w:p w14:paraId="683F8AAA" w14:textId="77777777" w:rsidR="000800A5" w:rsidRDefault="00122568">
      <w:pPr>
        <w:pStyle w:val="a0"/>
      </w:pPr>
      <w:proofErr w:type="spellStart"/>
      <w:r>
        <w:rPr>
          <w:b/>
        </w:rPr>
        <w:t>Kuzovga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qoʻyiladigan</w:t>
      </w:r>
      <w:proofErr w:type="spellEnd"/>
      <w:r>
        <w:rPr>
          <w:b/>
        </w:rPr>
        <w:t xml:space="preserve"> talab:</w:t>
      </w:r>
      <w:r>
        <w:t xml:space="preserve"> </w:t>
      </w:r>
      <w:proofErr w:type="spellStart"/>
      <w:r>
        <w:t>faqat</w:t>
      </w:r>
      <w:proofErr w:type="spellEnd"/>
      <w:r>
        <w:t xml:space="preserve"> original </w:t>
      </w:r>
      <w:proofErr w:type="spellStart"/>
      <w:r>
        <w:t>zavod</w:t>
      </w:r>
      <w:proofErr w:type="spellEnd"/>
      <w:r>
        <w:t xml:space="preserve"> </w:t>
      </w:r>
      <w:proofErr w:type="spellStart"/>
      <w:r>
        <w:t>kuzovi</w:t>
      </w:r>
      <w:proofErr w:type="spellEnd"/>
      <w:r>
        <w:t>.</w:t>
      </w:r>
    </w:p>
    <w:p w14:paraId="68B786D4" w14:textId="77777777" w:rsidR="000800A5" w:rsidRDefault="00122568">
      <w:pPr>
        <w:pStyle w:val="a0"/>
      </w:pPr>
      <w:r>
        <w:rPr>
          <w:b/>
        </w:rPr>
        <w:t>Salon:</w:t>
      </w:r>
      <w:r>
        <w:t xml:space="preserve"> </w:t>
      </w:r>
      <w:proofErr w:type="spellStart"/>
      <w:r>
        <w:t>toza</w:t>
      </w:r>
      <w:proofErr w:type="spellEnd"/>
      <w:r>
        <w:t xml:space="preserve">, </w:t>
      </w:r>
      <w:proofErr w:type="spellStart"/>
      <w:r>
        <w:t>parvarishlangan</w:t>
      </w:r>
      <w:proofErr w:type="spellEnd"/>
      <w:r>
        <w:t>, «</w:t>
      </w:r>
      <w:proofErr w:type="spellStart"/>
      <w:r>
        <w:t>yangi</w:t>
      </w:r>
      <w:proofErr w:type="spellEnd"/>
      <w:r>
        <w:t xml:space="preserve">» </w:t>
      </w:r>
      <w:proofErr w:type="spellStart"/>
      <w:r>
        <w:t>holatida</w:t>
      </w:r>
      <w:proofErr w:type="spellEnd"/>
      <w:r>
        <w:t xml:space="preserve">, </w:t>
      </w:r>
      <w:proofErr w:type="spellStart"/>
      <w:r>
        <w:t>konditsioner</w:t>
      </w:r>
      <w:proofErr w:type="spellEnd"/>
      <w:r>
        <w:t xml:space="preserve"> </w:t>
      </w:r>
      <w:proofErr w:type="spellStart"/>
      <w:r>
        <w:t>tizimi</w:t>
      </w:r>
      <w:proofErr w:type="spellEnd"/>
      <w:r>
        <w:t xml:space="preserve"> </w:t>
      </w:r>
      <w:proofErr w:type="spellStart"/>
      <w:r>
        <w:t>bilan</w:t>
      </w:r>
      <w:proofErr w:type="spellEnd"/>
      <w:r>
        <w:t xml:space="preserve"> </w:t>
      </w:r>
      <w:proofErr w:type="spellStart"/>
      <w:r>
        <w:t>jihozlangan</w:t>
      </w:r>
      <w:proofErr w:type="spellEnd"/>
      <w:r>
        <w:t>.</w:t>
      </w:r>
    </w:p>
    <w:p w14:paraId="63BC6282" w14:textId="77777777" w:rsidR="000800A5" w:rsidRDefault="00122568">
      <w:proofErr w:type="spellStart"/>
      <w:r>
        <w:rPr>
          <w:b/>
        </w:rPr>
        <w:t>Avtotransport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vositalarining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umumiy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soni</w:t>
      </w:r>
      <w:proofErr w:type="spellEnd"/>
      <w:r>
        <w:rPr>
          <w:b/>
        </w:rPr>
        <w:t xml:space="preserve">: 12 </w:t>
      </w:r>
      <w:proofErr w:type="spellStart"/>
      <w:r>
        <w:rPr>
          <w:b/>
        </w:rPr>
        <w:t>birlik</w:t>
      </w:r>
      <w:proofErr w:type="spellEnd"/>
      <w:r>
        <w:t xml:space="preserve">, </w:t>
      </w:r>
      <w:proofErr w:type="spellStart"/>
      <w:r>
        <w:t>shu</w:t>
      </w:r>
      <w:proofErr w:type="spellEnd"/>
      <w:r>
        <w:t xml:space="preserve"> </w:t>
      </w:r>
      <w:proofErr w:type="spellStart"/>
      <w:r>
        <w:t>jumladan</w:t>
      </w:r>
      <w:proofErr w:type="spellEnd"/>
      <w:r>
        <w:t xml:space="preserve"> </w:t>
      </w:r>
      <w:proofErr w:type="spellStart"/>
      <w:r>
        <w:t>Fargʻona</w:t>
      </w:r>
      <w:proofErr w:type="spellEnd"/>
      <w:r>
        <w:t xml:space="preserve"> </w:t>
      </w:r>
      <w:proofErr w:type="spellStart"/>
      <w:r>
        <w:t>viloyatida</w:t>
      </w:r>
      <w:proofErr w:type="spellEnd"/>
      <w:r>
        <w:t xml:space="preserve"> </w:t>
      </w:r>
      <w:proofErr w:type="spellStart"/>
      <w:r>
        <w:t>delegatsiyaga</w:t>
      </w:r>
      <w:proofErr w:type="spellEnd"/>
      <w:r>
        <w:t xml:space="preserve"> </w:t>
      </w:r>
      <w:proofErr w:type="spellStart"/>
      <w:r>
        <w:t>xizmat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6 </w:t>
      </w:r>
      <w:proofErr w:type="spellStart"/>
      <w:r>
        <w:t>birlik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Toshkent </w:t>
      </w:r>
      <w:proofErr w:type="spellStart"/>
      <w:r>
        <w:t>shahrida</w:t>
      </w:r>
      <w:proofErr w:type="spellEnd"/>
      <w:r>
        <w:t xml:space="preserve"> </w:t>
      </w:r>
      <w:proofErr w:type="spellStart"/>
      <w:r>
        <w:t>delegatsiyaga</w:t>
      </w:r>
      <w:proofErr w:type="spellEnd"/>
      <w:r>
        <w:t xml:space="preserve"> </w:t>
      </w:r>
      <w:proofErr w:type="spellStart"/>
      <w:r>
        <w:t>xizmat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6 </w:t>
      </w:r>
      <w:proofErr w:type="spellStart"/>
      <w:r>
        <w:t>birlik</w:t>
      </w:r>
      <w:proofErr w:type="spellEnd"/>
      <w:r>
        <w:t>.</w:t>
      </w:r>
    </w:p>
    <w:p w14:paraId="4D1BF9DB" w14:textId="77777777" w:rsidR="000800A5" w:rsidRDefault="00122568">
      <w:r>
        <w:rPr>
          <w:b/>
        </w:rPr>
        <w:t>3. ISHTIROK ETISH UCHUN MAJBURIY TALABLAR (MALAKA TALABLARI)</w:t>
      </w:r>
    </w:p>
    <w:p w14:paraId="454D1E3A" w14:textId="77777777" w:rsidR="000800A5" w:rsidRDefault="00122568">
      <w:proofErr w:type="spellStart"/>
      <w:r>
        <w:t>Tenderda</w:t>
      </w:r>
      <w:proofErr w:type="spellEnd"/>
      <w:r>
        <w:t xml:space="preserve"> </w:t>
      </w:r>
      <w:proofErr w:type="spellStart"/>
      <w:r>
        <w:t>ishtirok</w:t>
      </w:r>
      <w:proofErr w:type="spellEnd"/>
      <w:r>
        <w:t xml:space="preserve"> </w:t>
      </w:r>
      <w:proofErr w:type="spellStart"/>
      <w:r>
        <w:t>etish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Ijrochi</w:t>
      </w:r>
      <w:proofErr w:type="spellEnd"/>
      <w:r>
        <w:t xml:space="preserve"> </w:t>
      </w:r>
      <w:proofErr w:type="spellStart"/>
      <w:r>
        <w:t>arizaga</w:t>
      </w:r>
      <w:proofErr w:type="spellEnd"/>
      <w:r>
        <w:t xml:space="preserve"> </w:t>
      </w:r>
      <w:proofErr w:type="spellStart"/>
      <w:r>
        <w:t>quyidagilarni</w:t>
      </w:r>
      <w:proofErr w:type="spellEnd"/>
      <w:r>
        <w:t xml:space="preserve"> </w:t>
      </w:r>
      <w:proofErr w:type="spellStart"/>
      <w:r>
        <w:t>ilova</w:t>
      </w:r>
      <w:proofErr w:type="spellEnd"/>
      <w:r>
        <w:t xml:space="preserve"> </w:t>
      </w:r>
      <w:proofErr w:type="spellStart"/>
      <w:r>
        <w:t>qilishi</w:t>
      </w:r>
      <w:proofErr w:type="spellEnd"/>
      <w:r>
        <w:t xml:space="preserve"> </w:t>
      </w:r>
      <w:proofErr w:type="spellStart"/>
      <w:r>
        <w:t>shart</w:t>
      </w:r>
      <w:proofErr w:type="spellEnd"/>
      <w:r>
        <w:t>:</w:t>
      </w:r>
    </w:p>
    <w:p w14:paraId="3A8D5E7A" w14:textId="77777777" w:rsidR="000800A5" w:rsidRDefault="00122568">
      <w:pPr>
        <w:pStyle w:val="a0"/>
      </w:pPr>
      <w:r>
        <w:rPr>
          <w:b/>
        </w:rPr>
        <w:t xml:space="preserve">Ikkala </w:t>
      </w:r>
      <w:proofErr w:type="spellStart"/>
      <w:r>
        <w:rPr>
          <w:b/>
        </w:rPr>
        <w:t>texnika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birligining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texnik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pasportlari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skan-nusxalari</w:t>
      </w:r>
      <w:proofErr w:type="spellEnd"/>
      <w:r>
        <w:t xml:space="preserve"> (</w:t>
      </w:r>
      <w:proofErr w:type="spellStart"/>
      <w:r>
        <w:t>ikkala</w:t>
      </w:r>
      <w:proofErr w:type="spellEnd"/>
      <w:r>
        <w:t xml:space="preserve"> </w:t>
      </w:r>
      <w:proofErr w:type="spellStart"/>
      <w:r>
        <w:t>tomoni</w:t>
      </w:r>
      <w:proofErr w:type="spellEnd"/>
      <w:r>
        <w:t xml:space="preserve">). </w:t>
      </w:r>
      <w:proofErr w:type="spellStart"/>
      <w:r>
        <w:t>Maʼlumotlar</w:t>
      </w:r>
      <w:proofErr w:type="spellEnd"/>
      <w:r>
        <w:t xml:space="preserve"> </w:t>
      </w:r>
      <w:proofErr w:type="spellStart"/>
      <w:r>
        <w:t>ishlab</w:t>
      </w:r>
      <w:proofErr w:type="spellEnd"/>
      <w:r>
        <w:t xml:space="preserve"> </w:t>
      </w:r>
      <w:proofErr w:type="spellStart"/>
      <w:r>
        <w:t>chiqarilgan</w:t>
      </w:r>
      <w:proofErr w:type="spellEnd"/>
      <w:r>
        <w:t xml:space="preserve"> </w:t>
      </w:r>
      <w:proofErr w:type="spellStart"/>
      <w:r>
        <w:t>yilga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modelning</w:t>
      </w:r>
      <w:proofErr w:type="spellEnd"/>
      <w:r>
        <w:t xml:space="preserve"> </w:t>
      </w:r>
      <w:proofErr w:type="spellStart"/>
      <w:r>
        <w:t>originalligiga</w:t>
      </w:r>
      <w:proofErr w:type="spellEnd"/>
      <w:r>
        <w:t xml:space="preserve"> </w:t>
      </w:r>
      <w:proofErr w:type="spellStart"/>
      <w:r>
        <w:t>muvofiqligi</w:t>
      </w:r>
      <w:proofErr w:type="spellEnd"/>
      <w:r>
        <w:t xml:space="preserve"> </w:t>
      </w:r>
      <w:proofErr w:type="spellStart"/>
      <w:r>
        <w:t>boʻyicha</w:t>
      </w:r>
      <w:proofErr w:type="spellEnd"/>
      <w:r>
        <w:t xml:space="preserve"> </w:t>
      </w:r>
      <w:proofErr w:type="spellStart"/>
      <w:r>
        <w:t>tekshiriladi</w:t>
      </w:r>
      <w:proofErr w:type="spellEnd"/>
      <w:r>
        <w:t>.</w:t>
      </w:r>
    </w:p>
    <w:p w14:paraId="5C6E4C21" w14:textId="77777777" w:rsidR="000800A5" w:rsidRDefault="00122568">
      <w:pPr>
        <w:pStyle w:val="a0"/>
      </w:pPr>
      <w:proofErr w:type="spellStart"/>
      <w:r>
        <w:t>Buyurtmada</w:t>
      </w:r>
      <w:proofErr w:type="spellEnd"/>
      <w:r>
        <w:t xml:space="preserve"> </w:t>
      </w:r>
      <w:proofErr w:type="spellStart"/>
      <w:r>
        <w:t>ishlaydigan</w:t>
      </w:r>
      <w:proofErr w:type="spellEnd"/>
      <w:r>
        <w:t xml:space="preserve"> </w:t>
      </w:r>
      <w:proofErr w:type="spellStart"/>
      <w:r>
        <w:rPr>
          <w:b/>
        </w:rPr>
        <w:t>aniq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avtomobillarning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fotosuratlari</w:t>
      </w:r>
      <w:proofErr w:type="spellEnd"/>
      <w:r>
        <w:t xml:space="preserve"> (</w:t>
      </w:r>
      <w:proofErr w:type="spellStart"/>
      <w:r>
        <w:t>tashqi</w:t>
      </w:r>
      <w:proofErr w:type="spellEnd"/>
      <w:r>
        <w:t xml:space="preserve"> </w:t>
      </w:r>
      <w:proofErr w:type="spellStart"/>
      <w:r>
        <w:t>koʻrinishi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salon).</w:t>
      </w:r>
    </w:p>
    <w:p w14:paraId="0E6B77B7" w14:textId="77777777" w:rsidR="000800A5" w:rsidRDefault="00122568">
      <w:pPr>
        <w:pStyle w:val="a0"/>
      </w:pPr>
      <w:proofErr w:type="spellStart"/>
      <w:r>
        <w:rPr>
          <w:b/>
        </w:rPr>
        <w:t>Haydovchilar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maʼlumotlari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F.I.Sh</w:t>
      </w:r>
      <w:proofErr w:type="spellEnd"/>
      <w:r>
        <w:t xml:space="preserve">., </w:t>
      </w:r>
      <w:proofErr w:type="spellStart"/>
      <w:r>
        <w:t>haydovchilik</w:t>
      </w:r>
      <w:proofErr w:type="spellEnd"/>
      <w:r>
        <w:t xml:space="preserve"> </w:t>
      </w:r>
      <w:proofErr w:type="spellStart"/>
      <w:r>
        <w:t>guvohnomalarining</w:t>
      </w:r>
      <w:proofErr w:type="spellEnd"/>
      <w:r>
        <w:t xml:space="preserve"> </w:t>
      </w:r>
      <w:proofErr w:type="spellStart"/>
      <w:r>
        <w:t>nusxalari</w:t>
      </w:r>
      <w:proofErr w:type="spellEnd"/>
      <w:r>
        <w:t xml:space="preserve">, </w:t>
      </w:r>
      <w:proofErr w:type="spellStart"/>
      <w:r>
        <w:t>tajribani</w:t>
      </w:r>
      <w:proofErr w:type="spellEnd"/>
      <w:r>
        <w:t xml:space="preserve"> </w:t>
      </w:r>
      <w:proofErr w:type="spellStart"/>
      <w:r>
        <w:t>tasdiqlovchi</w:t>
      </w:r>
      <w:proofErr w:type="spellEnd"/>
      <w:r>
        <w:t xml:space="preserve"> </w:t>
      </w:r>
      <w:proofErr w:type="spellStart"/>
      <w:r>
        <w:t>hujjat</w:t>
      </w:r>
      <w:proofErr w:type="spellEnd"/>
      <w:r>
        <w:t xml:space="preserve"> (</w:t>
      </w:r>
      <w:proofErr w:type="spellStart"/>
      <w:r>
        <w:t>kamida</w:t>
      </w:r>
      <w:proofErr w:type="spellEnd"/>
      <w:r>
        <w:t xml:space="preserve"> 10 </w:t>
      </w:r>
      <w:proofErr w:type="spellStart"/>
      <w:r>
        <w:t>yil</w:t>
      </w:r>
      <w:proofErr w:type="spellEnd"/>
      <w:r>
        <w:t>).</w:t>
      </w:r>
    </w:p>
    <w:p w14:paraId="4BDC6645" w14:textId="77777777" w:rsidR="000800A5" w:rsidRDefault="00122568">
      <w:proofErr w:type="spellStart"/>
      <w:r>
        <w:t>Yuridik</w:t>
      </w:r>
      <w:proofErr w:type="spellEnd"/>
      <w:r>
        <w:t xml:space="preserve"> </w:t>
      </w:r>
      <w:proofErr w:type="spellStart"/>
      <w:r>
        <w:t>shaxslar</w:t>
      </w:r>
      <w:proofErr w:type="spellEnd"/>
      <w:r>
        <w:t xml:space="preserve"> </w:t>
      </w:r>
      <w:proofErr w:type="spellStart"/>
      <w:r>
        <w:t>nomiga</w:t>
      </w:r>
      <w:proofErr w:type="spellEnd"/>
      <w:r>
        <w:t xml:space="preserve"> </w:t>
      </w:r>
      <w:proofErr w:type="spellStart"/>
      <w:r>
        <w:t>roʻyxatdan</w:t>
      </w:r>
      <w:proofErr w:type="spellEnd"/>
      <w:r>
        <w:t xml:space="preserve"> </w:t>
      </w:r>
      <w:proofErr w:type="spellStart"/>
      <w:r>
        <w:t>oʻtkazilgan</w:t>
      </w:r>
      <w:proofErr w:type="spellEnd"/>
      <w:r>
        <w:t xml:space="preserve"> transport </w:t>
      </w:r>
      <w:proofErr w:type="spellStart"/>
      <w:r>
        <w:t>vositalariga</w:t>
      </w:r>
      <w:proofErr w:type="spellEnd"/>
      <w:r>
        <w:t xml:space="preserve"> (</w:t>
      </w:r>
      <w:proofErr w:type="spellStart"/>
      <w:r>
        <w:t>davlat</w:t>
      </w:r>
      <w:proofErr w:type="spellEnd"/>
      <w:r>
        <w:t xml:space="preserve"> </w:t>
      </w:r>
      <w:proofErr w:type="spellStart"/>
      <w:r>
        <w:t>raqam</w:t>
      </w:r>
      <w:proofErr w:type="spellEnd"/>
      <w:r>
        <w:t xml:space="preserve"> </w:t>
      </w:r>
      <w:proofErr w:type="spellStart"/>
      <w:r>
        <w:t>belgilari</w:t>
      </w:r>
      <w:proofErr w:type="spellEnd"/>
      <w:r>
        <w:t xml:space="preserve"> </w:t>
      </w:r>
      <w:proofErr w:type="spellStart"/>
      <w:r>
        <w:t>yuridik</w:t>
      </w:r>
      <w:proofErr w:type="spellEnd"/>
      <w:r>
        <w:t xml:space="preserve"> </w:t>
      </w:r>
      <w:proofErr w:type="spellStart"/>
      <w:r>
        <w:t>shaxslarga</w:t>
      </w:r>
      <w:proofErr w:type="spellEnd"/>
      <w:r>
        <w:t xml:space="preserve"> </w:t>
      </w:r>
      <w:proofErr w:type="spellStart"/>
      <w:r>
        <w:t>tegishli</w:t>
      </w:r>
      <w:proofErr w:type="spellEnd"/>
      <w:r>
        <w:t xml:space="preserve"> </w:t>
      </w:r>
      <w:proofErr w:type="spellStart"/>
      <w:r>
        <w:t>boʻlganlarga</w:t>
      </w:r>
      <w:proofErr w:type="spellEnd"/>
      <w:r>
        <w:t xml:space="preserve">) </w:t>
      </w:r>
      <w:proofErr w:type="spellStart"/>
      <w:r>
        <w:t>ustuvorlik</w:t>
      </w:r>
      <w:proofErr w:type="spellEnd"/>
      <w:r>
        <w:t xml:space="preserve"> </w:t>
      </w:r>
      <w:proofErr w:type="spellStart"/>
      <w:r>
        <w:t>beriladi</w:t>
      </w:r>
      <w:proofErr w:type="spellEnd"/>
      <w:r>
        <w:t>.</w:t>
      </w:r>
    </w:p>
    <w:p w14:paraId="614C4725" w14:textId="77777777" w:rsidR="000800A5" w:rsidRDefault="00122568">
      <w:r>
        <w:rPr>
          <w:b/>
        </w:rPr>
        <w:t>4. DARHOL DISKVALIFIKATSIYA QILISH SHARTLARI</w:t>
      </w:r>
    </w:p>
    <w:p w14:paraId="46524DBA" w14:textId="77777777" w:rsidR="000800A5" w:rsidRDefault="00122568">
      <w:proofErr w:type="spellStart"/>
      <w:r>
        <w:t>Ijrochi</w:t>
      </w:r>
      <w:proofErr w:type="spellEnd"/>
      <w:r>
        <w:t xml:space="preserve"> </w:t>
      </w:r>
      <w:proofErr w:type="spellStart"/>
      <w:r>
        <w:t>quyidagi</w:t>
      </w:r>
      <w:proofErr w:type="spellEnd"/>
      <w:r>
        <w:t xml:space="preserve"> </w:t>
      </w:r>
      <w:proofErr w:type="spellStart"/>
      <w:r>
        <w:t>hollarda</w:t>
      </w:r>
      <w:proofErr w:type="spellEnd"/>
      <w:r>
        <w:t xml:space="preserve"> </w:t>
      </w:r>
      <w:proofErr w:type="spellStart"/>
      <w:r>
        <w:t>tenderdan</w:t>
      </w:r>
      <w:proofErr w:type="spellEnd"/>
      <w:r>
        <w:t xml:space="preserve"> </w:t>
      </w:r>
      <w:proofErr w:type="spellStart"/>
      <w:r>
        <w:t>diskvalifikatsiya</w:t>
      </w:r>
      <w:proofErr w:type="spellEnd"/>
      <w:r>
        <w:t xml:space="preserve"> </w:t>
      </w:r>
      <w:proofErr w:type="spellStart"/>
      <w:r>
        <w:t>qilinadi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ishonchsiz</w:t>
      </w:r>
      <w:proofErr w:type="spellEnd"/>
      <w:r>
        <w:t xml:space="preserve"> </w:t>
      </w:r>
      <w:proofErr w:type="spellStart"/>
      <w:r>
        <w:t>yetkazib</w:t>
      </w:r>
      <w:proofErr w:type="spellEnd"/>
      <w:r>
        <w:t xml:space="preserve"> </w:t>
      </w:r>
      <w:proofErr w:type="spellStart"/>
      <w:r>
        <w:t>beruvchilar</w:t>
      </w:r>
      <w:proofErr w:type="spellEnd"/>
      <w:r>
        <w:t xml:space="preserve"> </w:t>
      </w:r>
      <w:proofErr w:type="spellStart"/>
      <w:r>
        <w:t>roʻyxatiga</w:t>
      </w:r>
      <w:proofErr w:type="spellEnd"/>
      <w:r>
        <w:t xml:space="preserve"> </w:t>
      </w:r>
      <w:proofErr w:type="spellStart"/>
      <w:r>
        <w:t>kiritiladi</w:t>
      </w:r>
      <w:proofErr w:type="spellEnd"/>
      <w:r>
        <w:t>:</w:t>
      </w:r>
    </w:p>
    <w:p w14:paraId="5E7CB900" w14:textId="77777777" w:rsidR="000800A5" w:rsidRDefault="00122568">
      <w:pPr>
        <w:pStyle w:val="a0"/>
      </w:pPr>
      <w:proofErr w:type="spellStart"/>
      <w:r>
        <w:t>Avtomobilning</w:t>
      </w:r>
      <w:proofErr w:type="spellEnd"/>
      <w:r>
        <w:t xml:space="preserve"> </w:t>
      </w:r>
      <w:proofErr w:type="spellStart"/>
      <w:r>
        <w:t>tashqi</w:t>
      </w:r>
      <w:proofErr w:type="spellEnd"/>
      <w:r>
        <w:t xml:space="preserve"> </w:t>
      </w:r>
      <w:proofErr w:type="spellStart"/>
      <w:r>
        <w:t>koʻrinishi</w:t>
      </w:r>
      <w:proofErr w:type="spellEnd"/>
      <w:r>
        <w:t xml:space="preserve"> </w:t>
      </w:r>
      <w:proofErr w:type="spellStart"/>
      <w:r>
        <w:t>texnik</w:t>
      </w:r>
      <w:proofErr w:type="spellEnd"/>
      <w:r>
        <w:t xml:space="preserve"> </w:t>
      </w:r>
      <w:proofErr w:type="spellStart"/>
      <w:r>
        <w:t>pasportdagi</w:t>
      </w:r>
      <w:proofErr w:type="spellEnd"/>
      <w:r>
        <w:t xml:space="preserve"> </w:t>
      </w:r>
      <w:proofErr w:type="spellStart"/>
      <w:r>
        <w:t>ishlab</w:t>
      </w:r>
      <w:proofErr w:type="spellEnd"/>
      <w:r>
        <w:t xml:space="preserve"> </w:t>
      </w:r>
      <w:proofErr w:type="spellStart"/>
      <w:r>
        <w:t>chiqarilgan</w:t>
      </w:r>
      <w:proofErr w:type="spellEnd"/>
      <w:r>
        <w:t xml:space="preserve"> </w:t>
      </w:r>
      <w:proofErr w:type="spellStart"/>
      <w:r>
        <w:t>yilga</w:t>
      </w:r>
      <w:proofErr w:type="spellEnd"/>
      <w:r>
        <w:t xml:space="preserve"> </w:t>
      </w:r>
      <w:proofErr w:type="spellStart"/>
      <w:r>
        <w:t>mos</w:t>
      </w:r>
      <w:proofErr w:type="spellEnd"/>
      <w:r>
        <w:t xml:space="preserve"> </w:t>
      </w:r>
      <w:proofErr w:type="spellStart"/>
      <w:r>
        <w:t>kelmasligi</w:t>
      </w:r>
      <w:proofErr w:type="spellEnd"/>
      <w:r>
        <w:t xml:space="preserve"> («</w:t>
      </w:r>
      <w:proofErr w:type="spellStart"/>
      <w:r>
        <w:t>qayta</w:t>
      </w:r>
      <w:proofErr w:type="spellEnd"/>
      <w:r>
        <w:t xml:space="preserve"> </w:t>
      </w:r>
      <w:proofErr w:type="spellStart"/>
      <w:r>
        <w:t>jihozlash</w:t>
      </w:r>
      <w:proofErr w:type="spellEnd"/>
      <w:r>
        <w:t xml:space="preserve">») </w:t>
      </w:r>
      <w:proofErr w:type="spellStart"/>
      <w:r>
        <w:t>aniqlanganda</w:t>
      </w:r>
      <w:proofErr w:type="spellEnd"/>
      <w:r>
        <w:t>.</w:t>
      </w:r>
    </w:p>
    <w:p w14:paraId="71D22C6F" w14:textId="77777777" w:rsidR="000800A5" w:rsidRDefault="00122568">
      <w:pPr>
        <w:pStyle w:val="a0"/>
      </w:pPr>
      <w:proofErr w:type="spellStart"/>
      <w:r>
        <w:t>Egasi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transport </w:t>
      </w:r>
      <w:proofErr w:type="spellStart"/>
      <w:r>
        <w:t>vositasining</w:t>
      </w:r>
      <w:proofErr w:type="spellEnd"/>
      <w:r>
        <w:t xml:space="preserve"> </w:t>
      </w:r>
      <w:proofErr w:type="spellStart"/>
      <w:r>
        <w:t>holati</w:t>
      </w:r>
      <w:proofErr w:type="spellEnd"/>
      <w:r>
        <w:t xml:space="preserve"> </w:t>
      </w:r>
      <w:proofErr w:type="spellStart"/>
      <w:r>
        <w:t>toʻgʻrisida</w:t>
      </w:r>
      <w:proofErr w:type="spellEnd"/>
      <w:r>
        <w:t xml:space="preserve"> </w:t>
      </w:r>
      <w:proofErr w:type="spellStart"/>
      <w:r>
        <w:t>notoʻgʻri</w:t>
      </w:r>
      <w:proofErr w:type="spellEnd"/>
      <w:r>
        <w:t xml:space="preserve"> </w:t>
      </w:r>
      <w:proofErr w:type="spellStart"/>
      <w:r>
        <w:t>maʼlumotlar</w:t>
      </w:r>
      <w:proofErr w:type="spellEnd"/>
      <w:r>
        <w:t xml:space="preserve"> </w:t>
      </w:r>
      <w:proofErr w:type="spellStart"/>
      <w:r>
        <w:t>taqdim</w:t>
      </w:r>
      <w:proofErr w:type="spellEnd"/>
      <w:r>
        <w:t xml:space="preserve"> </w:t>
      </w:r>
      <w:proofErr w:type="spellStart"/>
      <w:r>
        <w:t>etilganda</w:t>
      </w:r>
      <w:proofErr w:type="spellEnd"/>
      <w:r>
        <w:t>.</w:t>
      </w:r>
    </w:p>
    <w:p w14:paraId="26FF8CB2" w14:textId="77777777" w:rsidR="000800A5" w:rsidRDefault="00122568">
      <w:pPr>
        <w:pStyle w:val="a0"/>
      </w:pPr>
      <w:proofErr w:type="spellStart"/>
      <w:r>
        <w:t>Avtomobil</w:t>
      </w:r>
      <w:proofErr w:type="spellEnd"/>
      <w:r>
        <w:t xml:space="preserve"> 15 </w:t>
      </w:r>
      <w:proofErr w:type="spellStart"/>
      <w:r>
        <w:t>daqiqadan</w:t>
      </w:r>
      <w:proofErr w:type="spellEnd"/>
      <w:r>
        <w:t xml:space="preserve"> </w:t>
      </w:r>
      <w:proofErr w:type="spellStart"/>
      <w:r>
        <w:t>ortiq</w:t>
      </w:r>
      <w:proofErr w:type="spellEnd"/>
      <w:r>
        <w:t xml:space="preserve"> </w:t>
      </w:r>
      <w:proofErr w:type="spellStart"/>
      <w:r>
        <w:t>kechikib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iflos</w:t>
      </w:r>
      <w:proofErr w:type="spellEnd"/>
      <w:r>
        <w:t xml:space="preserve"> </w:t>
      </w:r>
      <w:proofErr w:type="spellStart"/>
      <w:r>
        <w:t>holda</w:t>
      </w:r>
      <w:proofErr w:type="spellEnd"/>
      <w:r>
        <w:t xml:space="preserve"> </w:t>
      </w:r>
      <w:proofErr w:type="spellStart"/>
      <w:r>
        <w:t>topshirilganda</w:t>
      </w:r>
      <w:proofErr w:type="spellEnd"/>
      <w:r>
        <w:t>.</w:t>
      </w:r>
    </w:p>
    <w:p w14:paraId="34C55192" w14:textId="77777777" w:rsidR="000800A5" w:rsidRDefault="00122568">
      <w:r>
        <w:rPr>
          <w:b/>
        </w:rPr>
        <w:t xml:space="preserve">5. XIZMAT </w:t>
      </w:r>
      <w:proofErr w:type="spellStart"/>
      <w:r>
        <w:rPr>
          <w:b/>
        </w:rPr>
        <w:t>KOʻRSATISH</w:t>
      </w:r>
      <w:proofErr w:type="spellEnd"/>
      <w:r>
        <w:rPr>
          <w:b/>
        </w:rPr>
        <w:t xml:space="preserve"> STANDARTLARI (SLA)</w:t>
      </w:r>
    </w:p>
    <w:p w14:paraId="10D71DC4" w14:textId="77777777" w:rsidR="000800A5" w:rsidRDefault="00122568">
      <w:pPr>
        <w:pStyle w:val="a0"/>
      </w:pPr>
      <w:proofErr w:type="spellStart"/>
      <w:r>
        <w:rPr>
          <w:b/>
        </w:rPr>
        <w:t>Haydovchilarning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kiyinish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qoidalari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Toʻq</w:t>
      </w:r>
      <w:proofErr w:type="spellEnd"/>
      <w:r>
        <w:t xml:space="preserve"> </w:t>
      </w:r>
      <w:proofErr w:type="spellStart"/>
      <w:r>
        <w:t>rangli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kostyumi</w:t>
      </w:r>
      <w:proofErr w:type="spellEnd"/>
      <w:r>
        <w:t xml:space="preserve">, </w:t>
      </w:r>
      <w:proofErr w:type="spellStart"/>
      <w:r>
        <w:t>oq</w:t>
      </w:r>
      <w:proofErr w:type="spellEnd"/>
      <w:r>
        <w:t xml:space="preserve"> </w:t>
      </w:r>
      <w:proofErr w:type="spellStart"/>
      <w:r>
        <w:t>koʻylak</w:t>
      </w:r>
      <w:proofErr w:type="spellEnd"/>
      <w:r>
        <w:t xml:space="preserve">, </w:t>
      </w:r>
      <w:proofErr w:type="spellStart"/>
      <w:r>
        <w:t>galstuk</w:t>
      </w:r>
      <w:proofErr w:type="spellEnd"/>
      <w:r>
        <w:t>.</w:t>
      </w:r>
    </w:p>
    <w:p w14:paraId="279DA5DF" w14:textId="77777777" w:rsidR="000800A5" w:rsidRDefault="00122568">
      <w:pPr>
        <w:pStyle w:val="a0"/>
      </w:pPr>
      <w:r>
        <w:rPr>
          <w:b/>
        </w:rPr>
        <w:lastRenderedPageBreak/>
        <w:t xml:space="preserve">Salonni </w:t>
      </w:r>
      <w:proofErr w:type="spellStart"/>
      <w:r>
        <w:rPr>
          <w:b/>
        </w:rPr>
        <w:t>jihozlash</w:t>
      </w:r>
      <w:proofErr w:type="spellEnd"/>
      <w:r>
        <w:rPr>
          <w:b/>
        </w:rPr>
        <w:t xml:space="preserve"> (har </w:t>
      </w:r>
      <w:proofErr w:type="spellStart"/>
      <w:r>
        <w:rPr>
          <w:b/>
        </w:rPr>
        <w:t>kuni</w:t>
      </w:r>
      <w:proofErr w:type="spellEnd"/>
      <w:r>
        <w:rPr>
          <w:b/>
        </w:rPr>
        <w:t>):</w:t>
      </w:r>
      <w:r>
        <w:t xml:space="preserve"> Barcha </w:t>
      </w:r>
      <w:proofErr w:type="spellStart"/>
      <w:r>
        <w:t>yoʻlovchilar</w:t>
      </w:r>
      <w:proofErr w:type="spellEnd"/>
      <w:r>
        <w:t xml:space="preserve"> </w:t>
      </w:r>
      <w:proofErr w:type="spellStart"/>
      <w:r>
        <w:t>hisobida</w:t>
      </w:r>
      <w:proofErr w:type="spellEnd"/>
      <w:r>
        <w:t xml:space="preserve"> </w:t>
      </w:r>
      <w:proofErr w:type="spellStart"/>
      <w:r>
        <w:t>ichimlik</w:t>
      </w:r>
      <w:proofErr w:type="spellEnd"/>
      <w:r>
        <w:t xml:space="preserve"> </w:t>
      </w:r>
      <w:proofErr w:type="spellStart"/>
      <w:r>
        <w:t>suvi</w:t>
      </w:r>
      <w:proofErr w:type="spellEnd"/>
      <w:r>
        <w:t xml:space="preserve"> (0,5 l, </w:t>
      </w:r>
      <w:proofErr w:type="spellStart"/>
      <w:r>
        <w:t>gazsiz</w:t>
      </w:r>
      <w:proofErr w:type="spellEnd"/>
      <w:r>
        <w:t xml:space="preserve">), </w:t>
      </w:r>
      <w:proofErr w:type="spellStart"/>
      <w:r>
        <w:t>quruq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nam</w:t>
      </w:r>
      <w:proofErr w:type="spellEnd"/>
      <w:r>
        <w:t xml:space="preserve"> </w:t>
      </w:r>
      <w:proofErr w:type="spellStart"/>
      <w:r>
        <w:t>salfetkalar</w:t>
      </w:r>
      <w:proofErr w:type="spellEnd"/>
      <w:r>
        <w:t xml:space="preserve">, </w:t>
      </w:r>
      <w:proofErr w:type="spellStart"/>
      <w:r>
        <w:t>antiseptik</w:t>
      </w:r>
      <w:proofErr w:type="spellEnd"/>
      <w:r>
        <w:t xml:space="preserve">, </w:t>
      </w:r>
      <w:proofErr w:type="spellStart"/>
      <w:r>
        <w:t>zaryadlash</w:t>
      </w:r>
      <w:proofErr w:type="spellEnd"/>
      <w:r>
        <w:t xml:space="preserve"> </w:t>
      </w:r>
      <w:proofErr w:type="spellStart"/>
      <w:r>
        <w:t>kabellari</w:t>
      </w:r>
      <w:proofErr w:type="spellEnd"/>
      <w:r>
        <w:t xml:space="preserve"> </w:t>
      </w:r>
      <w:proofErr w:type="spellStart"/>
      <w:r>
        <w:t>toʻplami</w:t>
      </w:r>
      <w:proofErr w:type="spellEnd"/>
      <w:r>
        <w:t xml:space="preserve"> (</w:t>
      </w:r>
      <w:r>
        <w:rPr>
          <w:b/>
        </w:rPr>
        <w:t>Lightning, Type-C</w:t>
      </w:r>
      <w:r>
        <w:t>).</w:t>
      </w:r>
    </w:p>
    <w:p w14:paraId="65F1224B" w14:textId="77777777" w:rsidR="000800A5" w:rsidRDefault="00122568">
      <w:pPr>
        <w:pStyle w:val="a0"/>
      </w:pPr>
      <w:proofErr w:type="spellStart"/>
      <w:r>
        <w:rPr>
          <w:b/>
        </w:rPr>
        <w:t>Tozalik</w:t>
      </w:r>
      <w:proofErr w:type="spellEnd"/>
      <w:r>
        <w:rPr>
          <w:b/>
        </w:rPr>
        <w:t>:</w:t>
      </w:r>
      <w:r>
        <w:t xml:space="preserve"> Har </w:t>
      </w:r>
      <w:proofErr w:type="spellStart"/>
      <w:r>
        <w:t>kuni</w:t>
      </w:r>
      <w:proofErr w:type="spellEnd"/>
      <w:r>
        <w:t xml:space="preserve"> </w:t>
      </w:r>
      <w:proofErr w:type="spellStart"/>
      <w:r>
        <w:t>kuzovni</w:t>
      </w:r>
      <w:proofErr w:type="spellEnd"/>
      <w:r>
        <w:t xml:space="preserve"> </w:t>
      </w:r>
      <w:proofErr w:type="spellStart"/>
      <w:r>
        <w:t>toʻliq</w:t>
      </w:r>
      <w:proofErr w:type="spellEnd"/>
      <w:r>
        <w:t xml:space="preserve"> </w:t>
      </w:r>
      <w:proofErr w:type="spellStart"/>
      <w:r>
        <w:t>yuvish</w:t>
      </w:r>
      <w:proofErr w:type="spellEnd"/>
      <w:r>
        <w:t xml:space="preserve"> </w:t>
      </w:r>
      <w:proofErr w:type="spellStart"/>
      <w:r>
        <w:t>hamda</w:t>
      </w:r>
      <w:proofErr w:type="spellEnd"/>
      <w:r>
        <w:t xml:space="preserve"> </w:t>
      </w:r>
      <w:proofErr w:type="spellStart"/>
      <w:r>
        <w:t>smena</w:t>
      </w:r>
      <w:proofErr w:type="spellEnd"/>
      <w:r>
        <w:t xml:space="preserve"> </w:t>
      </w:r>
      <w:proofErr w:type="spellStart"/>
      <w:r>
        <w:t>boshlanishidan</w:t>
      </w:r>
      <w:proofErr w:type="spellEnd"/>
      <w:r>
        <w:t xml:space="preserve"> </w:t>
      </w:r>
      <w:proofErr w:type="spellStart"/>
      <w:r>
        <w:t>oldin</w:t>
      </w:r>
      <w:proofErr w:type="spellEnd"/>
      <w:r>
        <w:t xml:space="preserve"> </w:t>
      </w:r>
      <w:proofErr w:type="spellStart"/>
      <w:r>
        <w:t>salonni</w:t>
      </w:r>
      <w:proofErr w:type="spellEnd"/>
      <w:r>
        <w:t xml:space="preserve"> </w:t>
      </w:r>
      <w:proofErr w:type="spellStart"/>
      <w:r>
        <w:t>kimyoviy</w:t>
      </w:r>
      <w:proofErr w:type="spellEnd"/>
      <w:r>
        <w:t xml:space="preserve"> </w:t>
      </w:r>
      <w:proofErr w:type="spellStart"/>
      <w:r>
        <w:t>tozalash</w:t>
      </w:r>
      <w:proofErr w:type="spellEnd"/>
      <w:r>
        <w:t>/</w:t>
      </w:r>
      <w:proofErr w:type="spellStart"/>
      <w:r>
        <w:t>nam</w:t>
      </w:r>
      <w:proofErr w:type="spellEnd"/>
      <w:r>
        <w:t xml:space="preserve"> </w:t>
      </w:r>
      <w:proofErr w:type="spellStart"/>
      <w:r>
        <w:t>tozalash</w:t>
      </w:r>
      <w:proofErr w:type="spellEnd"/>
      <w:r>
        <w:t>.</w:t>
      </w:r>
    </w:p>
    <w:p w14:paraId="6EBD7F9E" w14:textId="77777777" w:rsidR="000800A5" w:rsidRDefault="00122568">
      <w:r>
        <w:rPr>
          <w:b/>
        </w:rPr>
        <w:t xml:space="preserve">6. ISH JADVALI VA </w:t>
      </w:r>
      <w:proofErr w:type="spellStart"/>
      <w:r>
        <w:rPr>
          <w:b/>
        </w:rPr>
        <w:t>TOʻLOV</w:t>
      </w:r>
      <w:proofErr w:type="spellEnd"/>
    </w:p>
    <w:p w14:paraId="76D5D192" w14:textId="77777777" w:rsidR="000800A5" w:rsidRDefault="00122568">
      <w:pPr>
        <w:pStyle w:val="a0"/>
      </w:pPr>
      <w:r>
        <w:rPr>
          <w:b/>
        </w:rPr>
        <w:t>2026-yil 5-oktabr</w:t>
      </w:r>
      <w:r>
        <w:t xml:space="preserve"> — </w:t>
      </w:r>
      <w:proofErr w:type="spellStart"/>
      <w:r>
        <w:t>delegatsiyaning</w:t>
      </w:r>
      <w:proofErr w:type="spellEnd"/>
      <w:r>
        <w:t xml:space="preserve"> </w:t>
      </w:r>
      <w:proofErr w:type="spellStart"/>
      <w:r>
        <w:t>kun</w:t>
      </w:r>
      <w:proofErr w:type="spellEnd"/>
      <w:r>
        <w:t xml:space="preserve"> </w:t>
      </w:r>
      <w:proofErr w:type="spellStart"/>
      <w:r>
        <w:t>davomida</w:t>
      </w:r>
      <w:proofErr w:type="spellEnd"/>
      <w:r>
        <w:t xml:space="preserve"> </w:t>
      </w:r>
      <w:proofErr w:type="spellStart"/>
      <w:r>
        <w:t>Fargʻona</w:t>
      </w:r>
      <w:proofErr w:type="spellEnd"/>
      <w:r>
        <w:t xml:space="preserve"> </w:t>
      </w:r>
      <w:proofErr w:type="spellStart"/>
      <w:r>
        <w:t>viloyatiga</w:t>
      </w:r>
      <w:proofErr w:type="spellEnd"/>
      <w:r>
        <w:t xml:space="preserve"> </w:t>
      </w:r>
      <w:proofErr w:type="spellStart"/>
      <w:r>
        <w:t>kelishi</w:t>
      </w:r>
      <w:proofErr w:type="spellEnd"/>
      <w:r>
        <w:t xml:space="preserve">. </w:t>
      </w:r>
      <w:proofErr w:type="spellStart"/>
      <w:r>
        <w:t>Tashrif</w:t>
      </w:r>
      <w:proofErr w:type="spellEnd"/>
      <w:r>
        <w:t xml:space="preserve"> </w:t>
      </w:r>
      <w:proofErr w:type="spellStart"/>
      <w:r>
        <w:t>dasturida</w:t>
      </w:r>
      <w:proofErr w:type="spellEnd"/>
      <w:r>
        <w:t xml:space="preserve"> </w:t>
      </w:r>
      <w:proofErr w:type="spellStart"/>
      <w:r>
        <w:t>nazarda</w:t>
      </w:r>
      <w:proofErr w:type="spellEnd"/>
      <w:r>
        <w:t xml:space="preserve"> </w:t>
      </w:r>
      <w:proofErr w:type="spellStart"/>
      <w:r>
        <w:t>tutilgan</w:t>
      </w:r>
      <w:proofErr w:type="spellEnd"/>
      <w:r>
        <w:t xml:space="preserve"> </w:t>
      </w:r>
      <w:proofErr w:type="spellStart"/>
      <w:r>
        <w:t>obyektlarga</w:t>
      </w:r>
      <w:proofErr w:type="spellEnd"/>
      <w:r>
        <w:t xml:space="preserve"> </w:t>
      </w:r>
      <w:proofErr w:type="spellStart"/>
      <w:r>
        <w:t>tashrif</w:t>
      </w:r>
      <w:proofErr w:type="spellEnd"/>
      <w:r>
        <w:t xml:space="preserve"> </w:t>
      </w:r>
      <w:proofErr w:type="spellStart"/>
      <w:r>
        <w:t>buyurish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ular</w:t>
      </w:r>
      <w:proofErr w:type="spellEnd"/>
      <w:r>
        <w:t xml:space="preserve"> </w:t>
      </w:r>
      <w:proofErr w:type="spellStart"/>
      <w:r>
        <w:t>bilan</w:t>
      </w:r>
      <w:proofErr w:type="spellEnd"/>
      <w:r>
        <w:t xml:space="preserve"> </w:t>
      </w:r>
      <w:proofErr w:type="spellStart"/>
      <w:r>
        <w:t>tanishuv</w:t>
      </w:r>
      <w:proofErr w:type="spellEnd"/>
      <w:r>
        <w:t>.</w:t>
      </w:r>
    </w:p>
    <w:p w14:paraId="03D5D3F1" w14:textId="77777777" w:rsidR="000800A5" w:rsidRDefault="00122568">
      <w:r>
        <w:rPr>
          <w:b/>
        </w:rPr>
        <w:t>2026-yil 6-oktabr</w:t>
      </w:r>
      <w:r>
        <w:t xml:space="preserve"> — </w:t>
      </w:r>
      <w:proofErr w:type="spellStart"/>
      <w:r>
        <w:t>delegatsiya</w:t>
      </w:r>
      <w:proofErr w:type="spellEnd"/>
      <w:r>
        <w:t xml:space="preserve"> </w:t>
      </w:r>
      <w:proofErr w:type="spellStart"/>
      <w:r>
        <w:t>aʼzolarini</w:t>
      </w:r>
      <w:proofErr w:type="spellEnd"/>
      <w:r>
        <w:t xml:space="preserve"> </w:t>
      </w:r>
      <w:proofErr w:type="spellStart"/>
      <w:r>
        <w:t>aeroportda</w:t>
      </w:r>
      <w:proofErr w:type="spellEnd"/>
      <w:r>
        <w:t xml:space="preserve"> </w:t>
      </w:r>
      <w:proofErr w:type="spellStart"/>
      <w:r>
        <w:t>kutib</w:t>
      </w:r>
      <w:proofErr w:type="spellEnd"/>
      <w:r>
        <w:t xml:space="preserve"> </w:t>
      </w:r>
      <w:proofErr w:type="spellStart"/>
      <w:r>
        <w:t>olish</w:t>
      </w:r>
      <w:proofErr w:type="spellEnd"/>
      <w:r>
        <w:t xml:space="preserve">, </w:t>
      </w:r>
      <w:proofErr w:type="spellStart"/>
      <w:r>
        <w:t>tasdiqlangan</w:t>
      </w:r>
      <w:proofErr w:type="spellEnd"/>
      <w:r>
        <w:t xml:space="preserve"> </w:t>
      </w:r>
      <w:proofErr w:type="spellStart"/>
      <w:r>
        <w:t>tashrif</w:t>
      </w:r>
      <w:proofErr w:type="spellEnd"/>
      <w:r>
        <w:t xml:space="preserve"> </w:t>
      </w:r>
      <w:proofErr w:type="spellStart"/>
      <w:r>
        <w:t>dasturiga</w:t>
      </w:r>
      <w:proofErr w:type="spellEnd"/>
      <w:r>
        <w:t xml:space="preserve"> </w:t>
      </w:r>
      <w:proofErr w:type="spellStart"/>
      <w:r>
        <w:t>muvofiq</w:t>
      </w:r>
      <w:proofErr w:type="spellEnd"/>
      <w:r>
        <w:t xml:space="preserve"> </w:t>
      </w:r>
      <w:proofErr w:type="spellStart"/>
      <w:r>
        <w:t>kun</w:t>
      </w:r>
      <w:proofErr w:type="spellEnd"/>
      <w:r>
        <w:t xml:space="preserve"> </w:t>
      </w:r>
      <w:proofErr w:type="spellStart"/>
      <w:r>
        <w:t>davomida</w:t>
      </w:r>
      <w:proofErr w:type="spellEnd"/>
      <w:r>
        <w:t xml:space="preserve"> transport </w:t>
      </w:r>
      <w:proofErr w:type="spellStart"/>
      <w:r>
        <w:t>xizmatini</w:t>
      </w:r>
      <w:proofErr w:type="spellEnd"/>
      <w:r>
        <w:t xml:space="preserve"> </w:t>
      </w:r>
      <w:proofErr w:type="spellStart"/>
      <w:r>
        <w:t>taʼminlash</w:t>
      </w:r>
      <w:proofErr w:type="spellEnd"/>
      <w:r>
        <w:t xml:space="preserve">, </w:t>
      </w:r>
      <w:proofErr w:type="spellStart"/>
      <w:r>
        <w:t>shuningdek</w:t>
      </w:r>
      <w:proofErr w:type="spellEnd"/>
      <w:r>
        <w:t xml:space="preserve"> </w:t>
      </w:r>
      <w:proofErr w:type="spellStart"/>
      <w:r>
        <w:t>delegatsiya</w:t>
      </w:r>
      <w:proofErr w:type="spellEnd"/>
      <w:r>
        <w:t xml:space="preserve"> </w:t>
      </w:r>
      <w:proofErr w:type="spellStart"/>
      <w:r>
        <w:t>aʼzolarini</w:t>
      </w:r>
      <w:proofErr w:type="spellEnd"/>
      <w:r>
        <w:t xml:space="preserve"> </w:t>
      </w:r>
      <w:proofErr w:type="spellStart"/>
      <w:r>
        <w:t>uchish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aeroportgacha</w:t>
      </w:r>
      <w:proofErr w:type="spellEnd"/>
      <w:r>
        <w:t xml:space="preserve"> </w:t>
      </w:r>
      <w:proofErr w:type="spellStart"/>
      <w:r>
        <w:t>kuzatib</w:t>
      </w:r>
      <w:proofErr w:type="spellEnd"/>
      <w:r>
        <w:t xml:space="preserve"> </w:t>
      </w:r>
      <w:proofErr w:type="spellStart"/>
      <w:r>
        <w:t>borish</w:t>
      </w:r>
      <w:proofErr w:type="spellEnd"/>
      <w:r>
        <w:t>.</w:t>
      </w:r>
    </w:p>
    <w:p w14:paraId="3D306871" w14:textId="77777777" w:rsidR="000800A5" w:rsidRDefault="00122568">
      <w:r>
        <w:t xml:space="preserve">Toshkent </w:t>
      </w:r>
      <w:proofErr w:type="spellStart"/>
      <w:r>
        <w:t>shahri</w:t>
      </w:r>
      <w:proofErr w:type="spellEnd"/>
      <w:r>
        <w:t xml:space="preserve"> </w:t>
      </w:r>
      <w:proofErr w:type="spellStart"/>
      <w:r>
        <w:t>aeroportida</w:t>
      </w:r>
      <w:proofErr w:type="spellEnd"/>
      <w:r>
        <w:t xml:space="preserve"> </w:t>
      </w:r>
      <w:proofErr w:type="spellStart"/>
      <w:r>
        <w:t>kelayotgan</w:t>
      </w:r>
      <w:proofErr w:type="spellEnd"/>
      <w:r>
        <w:t xml:space="preserve"> </w:t>
      </w:r>
      <w:proofErr w:type="spellStart"/>
      <w:r>
        <w:t>delegatsiya</w:t>
      </w:r>
      <w:proofErr w:type="spellEnd"/>
      <w:r>
        <w:t xml:space="preserve"> </w:t>
      </w:r>
      <w:proofErr w:type="spellStart"/>
      <w:r>
        <w:t>aʼzolarini</w:t>
      </w:r>
      <w:proofErr w:type="spellEnd"/>
      <w:r>
        <w:t xml:space="preserve"> </w:t>
      </w:r>
      <w:proofErr w:type="spellStart"/>
      <w:r>
        <w:t>kutib</w:t>
      </w:r>
      <w:proofErr w:type="spellEnd"/>
      <w:r>
        <w:t xml:space="preserve"> </w:t>
      </w:r>
      <w:proofErr w:type="spellStart"/>
      <w:r>
        <w:t>olish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mehmonxonadagi</w:t>
      </w:r>
      <w:proofErr w:type="spellEnd"/>
      <w:r>
        <w:t xml:space="preserve"> </w:t>
      </w:r>
      <w:proofErr w:type="spellStart"/>
      <w:r>
        <w:t>joylashtirish</w:t>
      </w:r>
      <w:proofErr w:type="spellEnd"/>
      <w:r>
        <w:t xml:space="preserve"> </w:t>
      </w:r>
      <w:proofErr w:type="spellStart"/>
      <w:r>
        <w:t>joyigacha</w:t>
      </w:r>
      <w:proofErr w:type="spellEnd"/>
      <w:r>
        <w:t xml:space="preserve"> </w:t>
      </w:r>
      <w:proofErr w:type="spellStart"/>
      <w:r>
        <w:t>transferni</w:t>
      </w:r>
      <w:proofErr w:type="spellEnd"/>
      <w:r>
        <w:t xml:space="preserve"> </w:t>
      </w:r>
      <w:proofErr w:type="spellStart"/>
      <w:r>
        <w:t>tashkil</w:t>
      </w:r>
      <w:proofErr w:type="spellEnd"/>
      <w:r>
        <w:t xml:space="preserve"> </w:t>
      </w:r>
      <w:proofErr w:type="spellStart"/>
      <w:r>
        <w:t>etish</w:t>
      </w:r>
      <w:proofErr w:type="spellEnd"/>
      <w:r>
        <w:t>.</w:t>
      </w:r>
    </w:p>
    <w:p w14:paraId="0523911E" w14:textId="77777777" w:rsidR="000800A5" w:rsidRDefault="00122568">
      <w:r>
        <w:rPr>
          <w:b/>
        </w:rPr>
        <w:t>2026-yil 7-oktabr</w:t>
      </w:r>
      <w:r>
        <w:t xml:space="preserve"> — </w:t>
      </w:r>
      <w:proofErr w:type="spellStart"/>
      <w:r>
        <w:t>delegatsiya</w:t>
      </w:r>
      <w:proofErr w:type="spellEnd"/>
      <w:r>
        <w:t xml:space="preserve"> </w:t>
      </w:r>
      <w:proofErr w:type="spellStart"/>
      <w:r>
        <w:t>aʼzolariga</w:t>
      </w:r>
      <w:proofErr w:type="spellEnd"/>
      <w:r>
        <w:t xml:space="preserve"> </w:t>
      </w:r>
      <w:proofErr w:type="spellStart"/>
      <w:r>
        <w:t>kun</w:t>
      </w:r>
      <w:proofErr w:type="spellEnd"/>
      <w:r>
        <w:t xml:space="preserve"> </w:t>
      </w:r>
      <w:proofErr w:type="spellStart"/>
      <w:r>
        <w:t>davomida</w:t>
      </w:r>
      <w:proofErr w:type="spellEnd"/>
      <w:r>
        <w:t xml:space="preserve"> </w:t>
      </w:r>
      <w:proofErr w:type="spellStart"/>
      <w:r>
        <w:t>tasdiqlangan</w:t>
      </w:r>
      <w:proofErr w:type="spellEnd"/>
      <w:r>
        <w:t xml:space="preserve"> </w:t>
      </w:r>
      <w:proofErr w:type="spellStart"/>
      <w:r>
        <w:t>tashrif</w:t>
      </w:r>
      <w:proofErr w:type="spellEnd"/>
      <w:r>
        <w:t xml:space="preserve"> </w:t>
      </w:r>
      <w:proofErr w:type="spellStart"/>
      <w:r>
        <w:t>dasturiga</w:t>
      </w:r>
      <w:proofErr w:type="spellEnd"/>
      <w:r>
        <w:t xml:space="preserve"> </w:t>
      </w:r>
      <w:proofErr w:type="spellStart"/>
      <w:r>
        <w:t>muvofiq</w:t>
      </w:r>
      <w:proofErr w:type="spellEnd"/>
      <w:r>
        <w:t xml:space="preserve"> transport </w:t>
      </w:r>
      <w:proofErr w:type="spellStart"/>
      <w:r>
        <w:t>xizmatini</w:t>
      </w:r>
      <w:proofErr w:type="spellEnd"/>
      <w:r>
        <w:t xml:space="preserve"> </w:t>
      </w:r>
      <w:proofErr w:type="spellStart"/>
      <w:r>
        <w:t>taʼminlash</w:t>
      </w:r>
      <w:proofErr w:type="spellEnd"/>
      <w:r>
        <w:t xml:space="preserve">, </w:t>
      </w:r>
      <w:proofErr w:type="spellStart"/>
      <w:r>
        <w:t>shuningdek</w:t>
      </w:r>
      <w:proofErr w:type="spellEnd"/>
      <w:r>
        <w:t xml:space="preserve"> </w:t>
      </w:r>
      <w:proofErr w:type="spellStart"/>
      <w:r>
        <w:t>delegatsiya</w:t>
      </w:r>
      <w:proofErr w:type="spellEnd"/>
      <w:r>
        <w:t xml:space="preserve"> </w:t>
      </w:r>
      <w:proofErr w:type="spellStart"/>
      <w:r>
        <w:t>aʼzolarini</w:t>
      </w:r>
      <w:proofErr w:type="spellEnd"/>
      <w:r>
        <w:t xml:space="preserve"> </w:t>
      </w:r>
      <w:proofErr w:type="spellStart"/>
      <w:r>
        <w:t>aeroportgacha</w:t>
      </w:r>
      <w:proofErr w:type="spellEnd"/>
      <w:r>
        <w:t xml:space="preserve"> </w:t>
      </w:r>
      <w:proofErr w:type="spellStart"/>
      <w:r>
        <w:t>kuzatib</w:t>
      </w:r>
      <w:proofErr w:type="spellEnd"/>
      <w:r>
        <w:t xml:space="preserve"> </w:t>
      </w:r>
      <w:proofErr w:type="spellStart"/>
      <w:r>
        <w:t>borish</w:t>
      </w:r>
      <w:proofErr w:type="spellEnd"/>
      <w:r>
        <w:t>.</w:t>
      </w:r>
    </w:p>
    <w:p w14:paraId="4082EC1D" w14:textId="77777777" w:rsidR="000800A5" w:rsidRDefault="00122568">
      <w:pPr>
        <w:pStyle w:val="a0"/>
      </w:pPr>
      <w:r>
        <w:t xml:space="preserve">Ish </w:t>
      </w:r>
      <w:proofErr w:type="spellStart"/>
      <w:r>
        <w:t>delegatsiyalar</w:t>
      </w:r>
      <w:proofErr w:type="spellEnd"/>
      <w:r>
        <w:t xml:space="preserve"> </w:t>
      </w:r>
      <w:proofErr w:type="spellStart"/>
      <w:r>
        <w:t>mavjud</w:t>
      </w:r>
      <w:proofErr w:type="spellEnd"/>
      <w:r>
        <w:t xml:space="preserve"> </w:t>
      </w:r>
      <w:proofErr w:type="spellStart"/>
      <w:r>
        <w:t>boʻlgan</w:t>
      </w:r>
      <w:proofErr w:type="spellEnd"/>
      <w:r>
        <w:t xml:space="preserve"> </w:t>
      </w:r>
      <w:proofErr w:type="spellStart"/>
      <w:r>
        <w:t>kunlarda</w:t>
      </w:r>
      <w:proofErr w:type="spellEnd"/>
      <w:r>
        <w:t xml:space="preserve"> </w:t>
      </w:r>
      <w:proofErr w:type="spellStart"/>
      <w:r>
        <w:t>toʻliq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kuni</w:t>
      </w:r>
      <w:proofErr w:type="spellEnd"/>
      <w:r>
        <w:t xml:space="preserve"> </w:t>
      </w:r>
      <w:proofErr w:type="spellStart"/>
      <w:r>
        <w:t>rejimida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oshiriladi</w:t>
      </w:r>
      <w:proofErr w:type="spellEnd"/>
      <w:r>
        <w:t xml:space="preserve">, </w:t>
      </w:r>
      <w:proofErr w:type="spellStart"/>
      <w:r>
        <w:t>shu</w:t>
      </w:r>
      <w:proofErr w:type="spellEnd"/>
      <w:r>
        <w:t xml:space="preserve"> </w:t>
      </w:r>
      <w:proofErr w:type="spellStart"/>
      <w:r>
        <w:t>jumladan</w:t>
      </w:r>
      <w:proofErr w:type="spellEnd"/>
      <w:r>
        <w:t xml:space="preserve"> </w:t>
      </w:r>
      <w:proofErr w:type="spellStart"/>
      <w:r>
        <w:t>dasturga</w:t>
      </w:r>
      <w:proofErr w:type="spellEnd"/>
      <w:r>
        <w:t xml:space="preserve"> </w:t>
      </w:r>
      <w:proofErr w:type="spellStart"/>
      <w:r>
        <w:t>muvofiq</w:t>
      </w:r>
      <w:proofErr w:type="spellEnd"/>
      <w:r>
        <w:t xml:space="preserve"> </w:t>
      </w:r>
      <w:proofErr w:type="spellStart"/>
      <w:r>
        <w:t>barcha</w:t>
      </w:r>
      <w:proofErr w:type="spellEnd"/>
      <w:r>
        <w:t xml:space="preserve"> </w:t>
      </w:r>
      <w:proofErr w:type="spellStart"/>
      <w:r>
        <w:t>tadbirlarga</w:t>
      </w:r>
      <w:proofErr w:type="spellEnd"/>
      <w:r>
        <w:t xml:space="preserve"> </w:t>
      </w:r>
      <w:proofErr w:type="spellStart"/>
      <w:r>
        <w:t>hamrohlik</w:t>
      </w:r>
      <w:proofErr w:type="spellEnd"/>
      <w:r>
        <w:t xml:space="preserve"> </w:t>
      </w:r>
      <w:proofErr w:type="spellStart"/>
      <w:r>
        <w:t>qilish</w:t>
      </w:r>
      <w:proofErr w:type="spellEnd"/>
      <w:r>
        <w:t>.</w:t>
      </w:r>
    </w:p>
    <w:p w14:paraId="79A8E18F" w14:textId="1F621404" w:rsidR="000800A5" w:rsidRDefault="00122568">
      <w:pPr>
        <w:pStyle w:val="a0"/>
      </w:pPr>
      <w:proofErr w:type="spellStart"/>
      <w:r>
        <w:rPr>
          <w:b/>
        </w:rPr>
        <w:t>Toʻlov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shartlari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Ijrochining</w:t>
      </w:r>
      <w:proofErr w:type="spellEnd"/>
      <w:r>
        <w:t xml:space="preserve"> </w:t>
      </w:r>
      <w:proofErr w:type="spellStart"/>
      <w:r>
        <w:t>hisob</w:t>
      </w:r>
      <w:proofErr w:type="spellEnd"/>
      <w:r>
        <w:t xml:space="preserve"> </w:t>
      </w:r>
      <w:proofErr w:type="spellStart"/>
      <w:r>
        <w:t>raqamiga</w:t>
      </w:r>
      <w:proofErr w:type="spellEnd"/>
      <w:r>
        <w:t xml:space="preserve"> </w:t>
      </w:r>
      <w:proofErr w:type="spellStart"/>
      <w:r>
        <w:t>oʻtkazish</w:t>
      </w:r>
      <w:proofErr w:type="spellEnd"/>
      <w:r>
        <w:t xml:space="preserve">. </w:t>
      </w:r>
      <w:proofErr w:type="spellStart"/>
      <w:r>
        <w:t>Texnik</w:t>
      </w:r>
      <w:proofErr w:type="spellEnd"/>
      <w:r>
        <w:t xml:space="preserve"> </w:t>
      </w:r>
      <w:proofErr w:type="spellStart"/>
      <w:r>
        <w:t>hujjatlar</w:t>
      </w:r>
      <w:proofErr w:type="spellEnd"/>
      <w:r>
        <w:t xml:space="preserve"> </w:t>
      </w:r>
      <w:proofErr w:type="spellStart"/>
      <w:r>
        <w:t>muvaffaqiyatli</w:t>
      </w:r>
      <w:proofErr w:type="spellEnd"/>
      <w:r>
        <w:t xml:space="preserve"> </w:t>
      </w:r>
      <w:proofErr w:type="spellStart"/>
      <w:r>
        <w:t>tekshirilgandan</w:t>
      </w:r>
      <w:proofErr w:type="spellEnd"/>
      <w:r>
        <w:t xml:space="preserve"> </w:t>
      </w:r>
      <w:proofErr w:type="spellStart"/>
      <w:r>
        <w:t>soʻng</w:t>
      </w:r>
      <w:proofErr w:type="spellEnd"/>
      <w:r>
        <w:t xml:space="preserve"> 30% </w:t>
      </w:r>
      <w:proofErr w:type="spellStart"/>
      <w:r>
        <w:t>avans</w:t>
      </w:r>
      <w:proofErr w:type="spellEnd"/>
      <w:r>
        <w:t xml:space="preserve">, </w:t>
      </w:r>
      <w:proofErr w:type="spellStart"/>
      <w:r>
        <w:t>xizmat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 </w:t>
      </w:r>
      <w:proofErr w:type="spellStart"/>
      <w:r>
        <w:t>yakunlangandan</w:t>
      </w:r>
      <w:proofErr w:type="spellEnd"/>
      <w:r>
        <w:t xml:space="preserve"> </w:t>
      </w:r>
      <w:proofErr w:type="spellStart"/>
      <w:r>
        <w:t>soʻng</w:t>
      </w:r>
      <w:proofErr w:type="spellEnd"/>
      <w:r>
        <w:t xml:space="preserve"> 70% </w:t>
      </w:r>
      <w:proofErr w:type="spellStart"/>
      <w:r>
        <w:t>yakuniy</w:t>
      </w:r>
      <w:proofErr w:type="spellEnd"/>
      <w:r>
        <w:t xml:space="preserve"> </w:t>
      </w:r>
      <w:proofErr w:type="spellStart"/>
      <w:r>
        <w:t>hisob-kitob</w:t>
      </w:r>
      <w:proofErr w:type="spellEnd"/>
      <w:r>
        <w:t>.</w:t>
      </w:r>
    </w:p>
    <w:p w14:paraId="10A69E6B" w14:textId="631834DA" w:rsidR="00122568" w:rsidRDefault="00122568" w:rsidP="00122568">
      <w:pPr>
        <w:pStyle w:val="a0"/>
        <w:numPr>
          <w:ilvl w:val="0"/>
          <w:numId w:val="0"/>
        </w:numPr>
        <w:ind w:left="360" w:hanging="360"/>
      </w:pPr>
    </w:p>
    <w:p w14:paraId="32B08210" w14:textId="387A64BF" w:rsidR="00122568" w:rsidRDefault="00122568" w:rsidP="00122568">
      <w:pPr>
        <w:pStyle w:val="a0"/>
        <w:numPr>
          <w:ilvl w:val="0"/>
          <w:numId w:val="0"/>
        </w:numPr>
        <w:ind w:left="360" w:hanging="360"/>
      </w:pPr>
    </w:p>
    <w:p w14:paraId="546E4D7C" w14:textId="77777777" w:rsidR="00122568" w:rsidRDefault="00122568" w:rsidP="00122568">
      <w:pPr>
        <w:ind w:left="284"/>
        <w:jc w:val="both"/>
        <w:rPr>
          <w:rFonts w:cs="Times New Roman"/>
          <w:sz w:val="22"/>
          <w:lang w:val="uz-Latn-UZ"/>
        </w:rPr>
      </w:pPr>
      <w:r>
        <w:rPr>
          <w:rFonts w:cs="Times New Roman"/>
          <w:lang w:val="uz-Latn-UZ"/>
        </w:rPr>
        <w:t xml:space="preserve">Ishtirok etish istagini bildirgan kompaniyalar quyidagi manzilga </w:t>
      </w:r>
      <w:r>
        <w:rPr>
          <w:rFonts w:cs="Times New Roman"/>
          <w:lang w:val="uz-Latn-UZ"/>
        </w:rPr>
        <w:br/>
      </w:r>
      <w:r>
        <w:rPr>
          <w:rFonts w:cs="Times New Roman"/>
          <w:u w:val="single"/>
          <w:lang w:val="uz-Latn-UZ"/>
        </w:rPr>
        <w:t>tijorat takliflarni</w:t>
      </w:r>
      <w:r>
        <w:rPr>
          <w:rFonts w:cs="Times New Roman"/>
          <w:lang w:val="uz-Latn-UZ"/>
        </w:rPr>
        <w:t xml:space="preserve"> yuborishingiz so‘raladi:</w:t>
      </w:r>
    </w:p>
    <w:p w14:paraId="269F74C7" w14:textId="77777777" w:rsidR="00122568" w:rsidRDefault="00E072A4" w:rsidP="00122568">
      <w:pPr>
        <w:ind w:left="284"/>
        <w:jc w:val="both"/>
        <w:rPr>
          <w:rFonts w:cs="Times New Roman"/>
          <w:color w:val="000000"/>
          <w:lang w:val="uz-Latn-UZ"/>
        </w:rPr>
      </w:pPr>
      <w:hyperlink r:id="rId6" w:history="1">
        <w:r w:rsidR="00122568">
          <w:rPr>
            <w:rStyle w:val="aff8"/>
            <w:lang w:val="uz-Latn-UZ"/>
          </w:rPr>
          <w:t>info@miit.uz</w:t>
        </w:r>
      </w:hyperlink>
      <w:r w:rsidR="00122568">
        <w:rPr>
          <w:rFonts w:cs="Times New Roman"/>
          <w:lang w:val="uz-Latn-UZ"/>
        </w:rPr>
        <w:t xml:space="preserve"> / </w:t>
      </w:r>
      <w:hyperlink r:id="rId7" w:history="1">
        <w:r w:rsidR="00122568">
          <w:rPr>
            <w:rStyle w:val="aff8"/>
            <w:lang w:val="uz-Latn-UZ"/>
          </w:rPr>
          <w:t>m.azamov@miit.uz</w:t>
        </w:r>
      </w:hyperlink>
      <w:r w:rsidR="00122568">
        <w:rPr>
          <w:rFonts w:cs="Times New Roman"/>
          <w:lang w:val="uz-Latn-UZ"/>
        </w:rPr>
        <w:t xml:space="preserve"> </w:t>
      </w:r>
    </w:p>
    <w:p w14:paraId="4E4FAAE4" w14:textId="77777777" w:rsidR="00122568" w:rsidRDefault="00122568" w:rsidP="00122568">
      <w:pPr>
        <w:ind w:left="284"/>
        <w:jc w:val="both"/>
        <w:rPr>
          <w:rFonts w:cs="Times New Roman"/>
          <w:lang w:val="uz-Latn-UZ"/>
        </w:rPr>
      </w:pPr>
      <w:r>
        <w:rPr>
          <w:rFonts w:cs="Times New Roman"/>
          <w:lang w:val="uz-Latn-UZ"/>
        </w:rPr>
        <w:t>+998 71 238 50 00</w:t>
      </w:r>
    </w:p>
    <w:p w14:paraId="4A77D16C" w14:textId="77777777" w:rsidR="00122568" w:rsidRDefault="00122568" w:rsidP="00122568">
      <w:pPr>
        <w:pStyle w:val="a0"/>
        <w:numPr>
          <w:ilvl w:val="0"/>
          <w:numId w:val="0"/>
        </w:numPr>
        <w:ind w:left="360" w:hanging="360"/>
      </w:pPr>
    </w:p>
    <w:sectPr w:rsidR="0012256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0A5"/>
    <w:rsid w:val="00122568"/>
    <w:rsid w:val="0015074B"/>
    <w:rsid w:val="0029639D"/>
    <w:rsid w:val="00326F90"/>
    <w:rsid w:val="00AA1D8D"/>
    <w:rsid w:val="00B47730"/>
    <w:rsid w:val="00CB0664"/>
    <w:rsid w:val="00E072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BDB06"/>
  <w14:defaultImageDpi w14:val="300"/>
  <w15:docId w15:val="{98BFD37C-36CD-4624-A0B4-4CA8366DD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1225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3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.azamov@miit.u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miit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GULZODA TOHIRIY</cp:lastModifiedBy>
  <cp:revision>2</cp:revision>
  <dcterms:created xsi:type="dcterms:W3CDTF">2026-10-06T07:34:00Z</dcterms:created>
  <dcterms:modified xsi:type="dcterms:W3CDTF">2026-10-06T07:34:00Z</dcterms:modified>
  <cp:category/>
</cp:coreProperties>
</file>